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E3AE4F9" w14:textId="0E0C33A3" w:rsidR="00E45360" w:rsidRPr="005143FF" w:rsidRDefault="00A3364A">
      <w:pPr>
        <w:spacing w:after="40"/>
        <w:jc w:val="center"/>
        <w:rPr>
          <w:rFonts w:ascii="Noto Sans TC" w:eastAsia="Noto Sans TC" w:hAnsi="Noto Sans TC"/>
          <w:sz w:val="21"/>
          <w:szCs w:val="21"/>
          <w:lang w:eastAsia="zh-TW"/>
        </w:rPr>
      </w:pPr>
      <w:r w:rsidRPr="005143FF">
        <w:rPr>
          <w:rFonts w:ascii="Noto Sans TC" w:eastAsia="Noto Sans TC" w:hAnsi="Noto Sans TC" w:cs="Times New Roman"/>
          <w:noProof/>
          <w:sz w:val="24"/>
          <w:szCs w:val="21"/>
          <w:lang w:eastAsia="zh-TW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5259DCE" wp14:editId="3C64A61E">
                <wp:simplePos x="0" y="0"/>
                <wp:positionH relativeFrom="column">
                  <wp:posOffset>5950039</wp:posOffset>
                </wp:positionH>
                <wp:positionV relativeFrom="paragraph">
                  <wp:posOffset>-186744</wp:posOffset>
                </wp:positionV>
                <wp:extent cx="827314" cy="363829"/>
                <wp:effectExtent l="0" t="0" r="11430" b="17780"/>
                <wp:wrapNone/>
                <wp:docPr id="1432626355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27314" cy="36382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63B607E" w14:textId="0C8C95D5" w:rsidR="00A3364A" w:rsidRPr="00A57A64" w:rsidRDefault="00A3364A" w:rsidP="00A3364A">
                            <w:pPr>
                              <w:jc w:val="center"/>
                              <w:rPr>
                                <w:rFonts w:ascii="Noto Sans TC" w:eastAsia="Noto Sans TC" w:hAnsi="Noto Sans TC"/>
                              </w:rPr>
                            </w:pPr>
                            <w:r w:rsidRPr="00A57A64">
                              <w:rPr>
                                <w:rFonts w:ascii="Noto Sans TC" w:eastAsia="Noto Sans TC" w:hAnsi="Noto Sans TC"/>
                                <w:lang w:eastAsia="zh-TW"/>
                              </w:rPr>
                              <w:t>115.08版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259DCE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6" type="#_x0000_t202" style="position:absolute;left:0;text-align:left;margin-left:468.5pt;margin-top:-14.7pt;width:65.15pt;height:28.6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" fillcolor="white [3201]" strokeweight=".5pt">
                <v:textbox>
                  <w:txbxContent>
                    <w:p w14:paraId="763B607E" w14:textId="0C8C95D5" w:rsidR="00A3364A" w:rsidRPr="00A57A64" w:rsidRDefault="00A3364A" w:rsidP="00A3364A">
                      <w:pPr>
                        <w:jc w:val="center"/>
                        <w:rPr>
                          <w:rFonts w:ascii="Noto Sans TC" w:eastAsia="Noto Sans TC" w:hAnsi="Noto Sans TC"/>
                        </w:rPr>
                      </w:pPr>
                      <w:r w:rsidRPr="00A57A64">
                        <w:rPr>
                          <w:rFonts w:ascii="Noto Sans TC" w:eastAsia="Noto Sans TC" w:hAnsi="Noto Sans TC"/>
                          <w:lang w:eastAsia="zh-TW"/>
                        </w:rPr>
                        <w:t>115.08版</w:t>
                      </w:r>
                    </w:p>
                  </w:txbxContent>
                </v:textbox>
              </v:shape>
            </w:pict>
          </mc:Fallback>
        </mc:AlternateContent>
      </w:r>
      <w:r w:rsidRPr="005143FF">
        <w:rPr>
          <w:rFonts w:ascii="Noto Sans TC" w:eastAsia="Noto Sans TC" w:hAnsi="Noto Sans TC" w:cs="Times New Roman"/>
          <w:sz w:val="24"/>
          <w:szCs w:val="21"/>
          <w:lang w:eastAsia="zh-TW"/>
        </w:rPr>
        <w:t>台灣神學研究學院  |  文學碩士教會音樂組</w:t>
      </w:r>
    </w:p>
    <w:p w14:paraId="646F22C9" w14:textId="77777777" w:rsidR="00E45360" w:rsidRPr="005143FF" w:rsidRDefault="00000000">
      <w:pPr>
        <w:spacing w:after="80"/>
        <w:jc w:val="center"/>
        <w:rPr>
          <w:rFonts w:ascii="Noto Sans TC" w:eastAsia="Noto Sans TC" w:hAnsi="Noto Sans TC"/>
          <w:sz w:val="21"/>
          <w:szCs w:val="21"/>
          <w:lang w:eastAsia="zh-TW"/>
        </w:rPr>
      </w:pPr>
      <w:r w:rsidRPr="005143FF">
        <w:rPr>
          <w:rFonts w:ascii="Noto Sans TC" w:eastAsia="Noto Sans TC" w:hAnsi="Noto Sans TC" w:cs="Times New Roman"/>
          <w:sz w:val="24"/>
          <w:szCs w:val="21"/>
          <w:lang w:eastAsia="zh-TW"/>
        </w:rPr>
        <w:t>台灣神學院  |  音樂碩士班</w:t>
      </w:r>
    </w:p>
    <w:p w14:paraId="16965C74" w14:textId="173B181B" w:rsidR="00E45360" w:rsidRPr="005143FF" w:rsidRDefault="00922263">
      <w:pPr>
        <w:spacing w:before="120" w:after="240"/>
        <w:jc w:val="center"/>
        <w:rPr>
          <w:rFonts w:ascii="Noto Sans TC SemiBold" w:eastAsia="Noto Sans TC SemiBold" w:hAnsi="Noto Sans TC SemiBold"/>
          <w:b/>
          <w:bCs/>
          <w:sz w:val="21"/>
          <w:szCs w:val="21"/>
          <w:lang w:eastAsia="zh-TW"/>
        </w:rPr>
      </w:pPr>
      <w:r>
        <w:rPr>
          <w:rFonts w:ascii="Noto Sans TC SemiBold" w:eastAsia="Noto Sans TC SemiBold" w:hAnsi="Noto Sans TC SemiBold" w:cs="Times New Roman" w:hint="eastAsia"/>
          <w:b/>
          <w:bCs/>
          <w:sz w:val="32"/>
          <w:szCs w:val="21"/>
          <w:lang w:eastAsia="zh-TW"/>
        </w:rPr>
        <w:t>術科</w:t>
      </w:r>
      <w:r w:rsidR="00000000" w:rsidRPr="005143FF">
        <w:rPr>
          <w:rFonts w:ascii="Noto Sans TC SemiBold" w:eastAsia="Noto Sans TC SemiBold" w:hAnsi="Noto Sans TC SemiBold" w:cs="Times New Roman"/>
          <w:b/>
          <w:bCs/>
          <w:sz w:val="32"/>
          <w:szCs w:val="21"/>
          <w:lang w:eastAsia="zh-TW"/>
        </w:rPr>
        <w:t>修課意願表</w:t>
      </w:r>
    </w:p>
    <w:p w14:paraId="2165830B" w14:textId="77777777" w:rsidR="00E45360" w:rsidRPr="005143FF" w:rsidRDefault="00000000">
      <w:pPr>
        <w:spacing w:after="160"/>
        <w:jc w:val="right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lang w:eastAsia="zh-TW"/>
        </w:rPr>
        <w:t>______ 學年度 第 ______ 學期   填表日期：______ 年 ______ 月 ______ 日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992"/>
        <w:gridCol w:w="2583"/>
        <w:gridCol w:w="1375"/>
        <w:gridCol w:w="4840"/>
      </w:tblGrid>
      <w:tr w:rsidR="00E45360" w:rsidRPr="005143FF" w14:paraId="6A82D35E" w14:textId="77777777" w:rsidTr="00F16D63">
        <w:trPr>
          <w:cantSplit/>
          <w:jc w:val="center"/>
        </w:trPr>
        <w:tc>
          <w:tcPr>
            <w:tcW w:w="92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E60F99D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學生姓名</w:t>
            </w:r>
          </w:p>
        </w:tc>
        <w:tc>
          <w:tcPr>
            <w:tcW w:w="119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7954D3D9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  <w:tc>
          <w:tcPr>
            <w:tcW w:w="63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4650278A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學生學號</w:t>
            </w:r>
          </w:p>
        </w:tc>
        <w:tc>
          <w:tcPr>
            <w:tcW w:w="224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0C09AEC8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</w:tr>
      <w:tr w:rsidR="00E45360" w:rsidRPr="005143FF" w14:paraId="3502C9EA" w14:textId="77777777" w:rsidTr="00F16D63">
        <w:trPr>
          <w:cantSplit/>
          <w:jc w:val="center"/>
        </w:trPr>
        <w:tc>
          <w:tcPr>
            <w:tcW w:w="92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37F3BD80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年    級</w:t>
            </w:r>
          </w:p>
        </w:tc>
        <w:tc>
          <w:tcPr>
            <w:tcW w:w="119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CB9B71C" w14:textId="77777777" w:rsidR="00E45360" w:rsidRPr="005143FF" w:rsidRDefault="00E45360">
            <w:pPr>
              <w:spacing w:before="40" w:after="40"/>
              <w:rPr>
                <w:rFonts w:ascii="Noto Sans TC" w:eastAsia="Noto Sans TC" w:hAnsi="Noto Sans TC"/>
              </w:rPr>
            </w:pPr>
          </w:p>
        </w:tc>
        <w:tc>
          <w:tcPr>
            <w:tcW w:w="637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1BB27E52" w14:textId="77777777" w:rsidR="00E45360" w:rsidRPr="005143FF" w:rsidRDefault="0000000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主修/系所</w:t>
            </w:r>
          </w:p>
        </w:tc>
        <w:tc>
          <w:tcPr>
            <w:tcW w:w="2243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100" w:type="dxa"/>
              <w:bottom w:w="80" w:type="dxa"/>
              <w:right w:w="100" w:type="dxa"/>
            </w:tcMar>
            <w:vAlign w:val="center"/>
          </w:tcPr>
          <w:p w14:paraId="29A4DEC4" w14:textId="71D12C48" w:rsidR="00E45360" w:rsidRPr="005143FF" w:rsidRDefault="00000000">
            <w:pPr>
              <w:spacing w:before="40" w:after="4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本組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_____</w:t>
            </w:r>
            <w:r w:rsidR="00F16D63" w:rsidRPr="00F16D63">
              <w:rPr>
                <w:rFonts w:ascii="Noto Sans TC" w:eastAsia="Noto Sans TC" w:hAnsi="Noto Sans TC" w:cs="Times New Roman" w:hint="eastAsia"/>
                <w:lang w:eastAsia="zh-TW"/>
              </w:rPr>
              <w:t>__</w:t>
            </w:r>
            <w:r w:rsidR="00F16D63">
              <w:rPr>
                <w:rFonts w:ascii="Noto Sans TC" w:eastAsia="Noto Sans TC" w:hAnsi="Noto Sans TC" w:cs="Times New Roman" w:hint="eastAsia"/>
                <w:lang w:eastAsia="zh-TW"/>
              </w:rPr>
              <w:t>主修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 </w:t>
            </w:r>
            <w:r w:rsidRPr="005143FF">
              <w:rPr>
                <w:rFonts w:ascii="Noto Sans TC" w:eastAsia="Noto Sans TC" w:hAnsi="Noto Sans TC" w:cs="Arial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非本組：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_____</w:t>
            </w:r>
            <w:r w:rsidR="00F16D63" w:rsidRPr="00F16D63">
              <w:rPr>
                <w:rFonts w:ascii="Noto Sans TC" w:eastAsia="Noto Sans TC" w:hAnsi="Noto Sans TC" w:cs="Times New Roman" w:hint="eastAsia"/>
                <w:lang w:eastAsia="zh-TW"/>
              </w:rPr>
              <w:t>_</w:t>
            </w:r>
            <w:r w:rsidR="00F16D63" w:rsidRPr="00F16D63">
              <w:rPr>
                <w:rFonts w:ascii="Noto Sans TC" w:eastAsia="Noto Sans TC" w:hAnsi="Noto Sans TC" w:cs="Times New Roman"/>
                <w:lang w:eastAsia="zh-TW"/>
              </w:rPr>
              <w:t>_</w:t>
            </w:r>
            <w:r w:rsidR="00F16D63">
              <w:rPr>
                <w:rFonts w:ascii="Noto Sans TC" w:eastAsia="Noto Sans TC" w:hAnsi="Noto Sans TC" w:cs="Times New Roman" w:hint="eastAsia"/>
                <w:lang w:eastAsia="zh-TW"/>
              </w:rPr>
              <w:t>系所</w:t>
            </w:r>
          </w:p>
        </w:tc>
      </w:tr>
    </w:tbl>
    <w:p w14:paraId="3A652658" w14:textId="77777777" w:rsidR="00E45360" w:rsidRPr="005143FF" w:rsidRDefault="00000000">
      <w:pPr>
        <w:spacing w:before="12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一、 術科項目修課意願選擇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984"/>
        <w:gridCol w:w="2698"/>
        <w:gridCol w:w="3839"/>
        <w:gridCol w:w="3269"/>
      </w:tblGrid>
      <w:tr w:rsidR="00C80733" w:rsidRPr="005143FF" w14:paraId="3A882F5B" w14:textId="77777777" w:rsidTr="00A57A64">
        <w:trPr>
          <w:cantSplit/>
          <w:trHeight w:val="24"/>
          <w:tblHeader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557CD5A2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項次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11C959F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術科項目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30A4D293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lang w:eastAsia="zh-TW"/>
              </w:rPr>
              <w:t>修課類別勾選（請擇一）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D9E1F2"/>
            <w:tcMar>
              <w:top w:w="100" w:type="dxa"/>
              <w:left w:w="80" w:type="dxa"/>
              <w:bottom w:w="100" w:type="dxa"/>
              <w:right w:w="80" w:type="dxa"/>
            </w:tcMar>
            <w:vAlign w:val="center"/>
          </w:tcPr>
          <w:p w14:paraId="2F3C61FF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</w:rPr>
              <w:t>備註</w:t>
            </w:r>
          </w:p>
        </w:tc>
      </w:tr>
      <w:tr w:rsidR="00C80733" w:rsidRPr="005143FF" w14:paraId="306ECEDA" w14:textId="77777777" w:rsidTr="00A57A64">
        <w:trPr>
          <w:cantSplit/>
          <w:trHeight w:val="21"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8D86FC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1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802B9D" w14:textId="77777777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合唱指揮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61D78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CDF64E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D47906E" w14:textId="77777777" w:rsidTr="00A57A64">
        <w:trPr>
          <w:cantSplit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243BC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2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D4229" w14:textId="77777777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管風琴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1007F3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1B9C4A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FCAEF5E" w14:textId="77777777" w:rsidTr="00A57A64">
        <w:trPr>
          <w:cantSplit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7CCC17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3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AE5935" w14:textId="77777777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鋼琴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A131B3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996BD8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7E104400" w14:textId="77777777" w:rsidTr="00A57A64">
        <w:trPr>
          <w:cantSplit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4DE84E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4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D5B540" w14:textId="77777777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聲樂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974BF1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939035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162A1C34" w14:textId="77777777" w:rsidTr="00A57A64">
        <w:trPr>
          <w:cantSplit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0DB2DA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5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342F8" w14:textId="77777777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理論作曲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7CDB8A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8284B6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  <w:tr w:rsidR="00C80733" w:rsidRPr="005143FF" w14:paraId="035C7C1C" w14:textId="77777777" w:rsidTr="00A57A64">
        <w:trPr>
          <w:cantSplit/>
          <w:jc w:val="center"/>
        </w:trPr>
        <w:tc>
          <w:tcPr>
            <w:tcW w:w="456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88A173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6</w:t>
            </w:r>
          </w:p>
        </w:tc>
        <w:tc>
          <w:tcPr>
            <w:tcW w:w="125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A69935" w14:textId="0A62B5A9" w:rsidR="00C80733" w:rsidRPr="005143FF" w:rsidRDefault="00C80733">
            <w:pPr>
              <w:spacing w:before="40" w:after="40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其他（_______</w:t>
            </w:r>
            <w:bookmarkStart w:id="0" w:name="OLE_LINK7"/>
            <w:r w:rsidRPr="005143FF">
              <w:rPr>
                <w:rFonts w:ascii="Noto Sans TC" w:eastAsia="Noto Sans TC" w:hAnsi="Noto Sans TC" w:cs="Times New Roman"/>
                <w:sz w:val="21"/>
              </w:rPr>
              <w:t>_</w:t>
            </w:r>
            <w:bookmarkEnd w:id="0"/>
            <w:r w:rsidRPr="005143FF">
              <w:rPr>
                <w:rFonts w:ascii="Noto Sans TC" w:eastAsia="Noto Sans TC" w:hAnsi="Noto Sans TC" w:cs="Times New Roman"/>
                <w:sz w:val="21"/>
              </w:rPr>
              <w:t>_</w:t>
            </w:r>
            <w:r w:rsidR="00F16D63" w:rsidRPr="005143FF">
              <w:rPr>
                <w:rFonts w:ascii="Noto Sans TC" w:eastAsia="Noto Sans TC" w:hAnsi="Noto Sans TC" w:cs="Times New Roman"/>
                <w:sz w:val="21"/>
              </w:rPr>
              <w:t>____</w:t>
            </w:r>
            <w:r w:rsidRPr="005143FF">
              <w:rPr>
                <w:rFonts w:ascii="Noto Sans TC" w:eastAsia="Noto Sans TC" w:hAnsi="Noto Sans TC" w:cs="Times New Roman"/>
                <w:sz w:val="21"/>
              </w:rPr>
              <w:t>）</w:t>
            </w:r>
          </w:p>
        </w:tc>
        <w:tc>
          <w:tcPr>
            <w:tcW w:w="1779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07DB0" w14:textId="77777777" w:rsidR="00C80733" w:rsidRPr="005143FF" w:rsidRDefault="00C80733" w:rsidP="00A57A64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主修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   </w:t>
            </w:r>
            <w:r w:rsidRPr="005143FF">
              <w:rPr>
                <w:rFonts w:ascii="Noto Sans TC" w:eastAsia="Noto Sans TC" w:hAnsi="Noto Sans TC" w:cs="Arial"/>
                <w:sz w:val="21"/>
                <w:lang w:eastAsia="zh-TW"/>
              </w:rPr>
              <w:t>□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選修(旁聽)</w:t>
            </w:r>
          </w:p>
        </w:tc>
        <w:tc>
          <w:tcPr>
            <w:tcW w:w="15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A6F1A9B" w14:textId="77777777" w:rsidR="00C80733" w:rsidRPr="005143FF" w:rsidRDefault="00C80733">
            <w:pPr>
              <w:spacing w:before="40" w:after="40"/>
              <w:jc w:val="center"/>
              <w:rPr>
                <w:rFonts w:ascii="Noto Sans TC" w:eastAsia="Noto Sans TC" w:hAnsi="Noto Sans TC"/>
                <w:lang w:eastAsia="zh-TW"/>
              </w:rPr>
            </w:pPr>
          </w:p>
        </w:tc>
      </w:tr>
    </w:tbl>
    <w:p w14:paraId="1A8C3C7F" w14:textId="77777777" w:rsidR="00F16D63" w:rsidRDefault="00F16D63" w:rsidP="00C80733">
      <w:pPr>
        <w:spacing w:before="120" w:after="80"/>
        <w:rPr>
          <w:rFonts w:ascii="Noto Sans TC" w:eastAsia="Noto Sans TC" w:hAnsi="Noto Sans TC" w:cs="Times New Roman"/>
          <w:color w:val="003366"/>
          <w:sz w:val="26"/>
          <w:lang w:eastAsia="zh-TW"/>
        </w:rPr>
      </w:pPr>
    </w:p>
    <w:p w14:paraId="5C00DC64" w14:textId="009CCDB5" w:rsidR="00C80733" w:rsidRPr="005143FF" w:rsidRDefault="00C80733" w:rsidP="00C80733">
      <w:pPr>
        <w:spacing w:before="120" w:after="80"/>
        <w:rPr>
          <w:rFonts w:ascii="Noto Sans TC" w:eastAsia="Noto Sans TC" w:hAnsi="Noto Sans TC"/>
        </w:rPr>
      </w:pP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二</w:t>
      </w:r>
      <w:r w:rsidRPr="005143FF">
        <w:rPr>
          <w:rFonts w:ascii="Noto Sans TC" w:eastAsia="Noto Sans TC" w:hAnsi="Noto Sans TC" w:cs="Times New Roman"/>
          <w:color w:val="003366"/>
          <w:sz w:val="26"/>
        </w:rPr>
        <w:t>、 簽署與審核欄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486"/>
        <w:gridCol w:w="3652"/>
        <w:gridCol w:w="3652"/>
      </w:tblGrid>
      <w:tr w:rsidR="00403830" w:rsidRPr="005143FF" w14:paraId="7287FADD" w14:textId="77777777" w:rsidTr="00F16D63">
        <w:trPr>
          <w:jc w:val="center"/>
        </w:trPr>
        <w:tc>
          <w:tcPr>
            <w:tcW w:w="16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vAlign w:val="center"/>
          </w:tcPr>
          <w:p w14:paraId="580D080A" w14:textId="489C5DBA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 w:cs="Calibri"/>
                <w:lang w:eastAsia="zh-TW"/>
              </w:rPr>
            </w:pPr>
            <w:bookmarkStart w:id="1" w:name="OLE_LINK11"/>
            <w:r w:rsidRPr="005143FF">
              <w:rPr>
                <w:rFonts w:ascii="Noto Sans TC" w:eastAsia="Noto Sans TC" w:hAnsi="Noto Sans TC" w:cs="Calibri"/>
                <w:lang w:eastAsia="zh-TW"/>
              </w:rPr>
              <w:t>1.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r w:rsidRPr="005143FF">
              <w:rPr>
                <w:rFonts w:ascii="Noto Sans TC" w:eastAsia="Noto Sans TC" w:hAnsi="Noto Sans TC" w:cs="Times New Roman"/>
              </w:rPr>
              <w:t>師簽章</w:t>
            </w:r>
            <w:bookmarkEnd w:id="1"/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C6556C2" w14:textId="31C47AEB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/>
              </w:rPr>
            </w:pPr>
            <w:bookmarkStart w:id="2" w:name="_Hlk236662560"/>
            <w:r w:rsidRPr="005143FF">
              <w:rPr>
                <w:rFonts w:ascii="Noto Sans TC" w:eastAsia="Noto Sans TC" w:hAnsi="Noto Sans TC" w:cs="Calibri"/>
                <w:lang w:eastAsia="zh-TW"/>
              </w:rPr>
              <w:t>2.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r w:rsidRPr="005143FF">
              <w:rPr>
                <w:rFonts w:ascii="Noto Sans TC" w:eastAsia="Noto Sans TC" w:hAnsi="Noto Sans TC" w:cs="Times New Roman"/>
              </w:rPr>
              <w:t>師簽章</w:t>
            </w:r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vAlign w:val="center"/>
          </w:tcPr>
          <w:p w14:paraId="1497DD93" w14:textId="59AC54BF" w:rsidR="00403830" w:rsidRPr="005143FF" w:rsidRDefault="00403830" w:rsidP="00403830">
            <w:pPr>
              <w:spacing w:before="40" w:after="40"/>
              <w:jc w:val="center"/>
              <w:rPr>
                <w:rFonts w:ascii="Noto Sans TC" w:eastAsia="Noto Sans TC" w:hAnsi="Noto Sans TC" w:cs="Times New Roman"/>
              </w:rPr>
            </w:pPr>
            <w:r w:rsidRPr="005143FF">
              <w:rPr>
                <w:rFonts w:ascii="Noto Sans TC" w:eastAsia="Noto Sans TC" w:hAnsi="Noto Sans TC" w:cs="Calibri"/>
                <w:lang w:eastAsia="zh-TW"/>
              </w:rPr>
              <w:t>3.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</w:t>
            </w:r>
            <w:r w:rsidRPr="005143FF">
              <w:rPr>
                <w:rFonts w:ascii="Noto Sans TC" w:eastAsia="Noto Sans TC" w:hAnsi="Noto Sans TC" w:cs="Calibri"/>
              </w:rPr>
              <w:t>______</w:t>
            </w:r>
            <w:r w:rsidRPr="005143FF">
              <w:rPr>
                <w:rFonts w:ascii="Noto Sans TC" w:eastAsia="Noto Sans TC" w:hAnsi="Noto Sans TC" w:cs="Calibri" w:hint="eastAsia"/>
                <w:lang w:eastAsia="zh-TW"/>
              </w:rPr>
              <w:t>__術科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老</w:t>
            </w:r>
            <w:r w:rsidRPr="005143FF">
              <w:rPr>
                <w:rFonts w:ascii="Noto Sans TC" w:eastAsia="Noto Sans TC" w:hAnsi="Noto Sans TC" w:cs="Times New Roman"/>
              </w:rPr>
              <w:t>師簽章</w:t>
            </w:r>
          </w:p>
        </w:tc>
      </w:tr>
      <w:tr w:rsidR="00403830" w:rsidRPr="005143FF" w14:paraId="0A18B551" w14:textId="77777777" w:rsidTr="00F16D63">
        <w:trPr>
          <w:jc w:val="center"/>
        </w:trPr>
        <w:tc>
          <w:tcPr>
            <w:tcW w:w="161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BF61660" w14:textId="123FABD1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bookmarkStart w:id="3" w:name="OLE_LINK12"/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403830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</w:t>
            </w:r>
            <w:r w:rsidR="00403830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  <w:bookmarkEnd w:id="3"/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100" w:type="dxa"/>
              <w:left w:w="80" w:type="dxa"/>
              <w:bottom w:w="100" w:type="dxa"/>
              <w:right w:w="80" w:type="dxa"/>
            </w:tcMar>
          </w:tcPr>
          <w:p w14:paraId="2587ECC0" w14:textId="2FAF1DCF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/>
                <w:lang w:eastAsia="zh-TW"/>
              </w:rPr>
            </w:pPr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___</w:t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</w:p>
        </w:tc>
        <w:tc>
          <w:tcPr>
            <w:tcW w:w="169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</w:tcPr>
          <w:p w14:paraId="49C52C4F" w14:textId="6C176078" w:rsidR="00403830" w:rsidRPr="005143FF" w:rsidRDefault="00F16D63" w:rsidP="00403830">
            <w:pPr>
              <w:spacing w:before="80" w:after="80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r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老師簽名：_____________</w:t>
            </w:r>
            <w:r w:rsidR="003C3BD6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___</w:t>
            </w:r>
            <w:r w:rsidR="003C3BD6"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br/>
              <w:t>日期：____年____月____日</w:t>
            </w:r>
          </w:p>
        </w:tc>
      </w:tr>
    </w:tbl>
    <w:bookmarkEnd w:id="2"/>
    <w:p w14:paraId="6402815C" w14:textId="277B1C5C" w:rsidR="00E45360" w:rsidRPr="005143FF" w:rsidRDefault="00C80733">
      <w:pPr>
        <w:spacing w:before="120" w:after="80"/>
        <w:rPr>
          <w:rFonts w:ascii="Noto Sans TC" w:eastAsia="Noto Sans TC" w:hAnsi="Noto Sans TC" w:cs="Calibri"/>
          <w:lang w:eastAsia="zh-TW"/>
        </w:rPr>
      </w:pPr>
      <w:r w:rsidRPr="005143FF">
        <w:rPr>
          <w:rFonts w:ascii="Noto Sans TC" w:eastAsia="Noto Sans TC" w:hAnsi="Noto Sans TC" w:cs="Times New Roman" w:hint="eastAsia"/>
          <w:color w:val="003366"/>
          <w:sz w:val="26"/>
          <w:lang w:eastAsia="zh-TW"/>
        </w:rPr>
        <w:lastRenderedPageBreak/>
        <w:t>三</w:t>
      </w: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、 修課限制規範與費用說明</w:t>
      </w:r>
      <w:r w:rsidR="005D204E" w:rsidRPr="005143FF">
        <w:rPr>
          <w:rFonts w:ascii="Noto Sans TC" w:eastAsia="Noto Sans TC" w:hAnsi="Noto Sans TC" w:cs="Calibri" w:hint="eastAsia"/>
          <w:color w:val="003366"/>
          <w:sz w:val="26"/>
          <w:lang w:eastAsia="zh-TW"/>
        </w:rPr>
        <w:t>（*本頁不須印出）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70"/>
      </w:tblGrid>
      <w:tr w:rsidR="00E45360" w:rsidRPr="005143FF" w14:paraId="1900E96B" w14:textId="77777777" w:rsidTr="00F16D63">
        <w:trPr>
          <w:jc w:val="center"/>
        </w:trPr>
        <w:tc>
          <w:tcPr>
            <w:tcW w:w="5000" w:type="pct"/>
            <w:tcBorders>
              <w:top w:val="single" w:sz="12" w:space="0" w:color="003366"/>
              <w:left w:val="single" w:sz="12" w:space="0" w:color="003366"/>
              <w:bottom w:val="single" w:sz="12" w:space="0" w:color="003366"/>
              <w:right w:val="single" w:sz="12" w:space="0" w:color="003366"/>
            </w:tcBorders>
            <w:shd w:val="clear" w:color="auto" w:fill="F9FBFD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16BACA02" w14:textId="77777777" w:rsidR="00C80733" w:rsidRPr="005143FF" w:rsidRDefault="00000000">
            <w:pPr>
              <w:spacing w:before="40" w:after="80"/>
              <w:rPr>
                <w:rFonts w:ascii="Noto Sans TC" w:eastAsia="Noto Sans TC" w:hAnsi="Noto Sans TC" w:cs="Times New Roman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B40000"/>
                <w:lang w:eastAsia="zh-TW"/>
              </w:rPr>
              <w:t>【選課限制】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 xml:space="preserve"> </w:t>
            </w:r>
          </w:p>
          <w:p w14:paraId="4F298F2C" w14:textId="1A08148F" w:rsidR="00E45360" w:rsidRPr="005143FF" w:rsidRDefault="00000000" w:rsidP="00C80733">
            <w:pPr>
              <w:spacing w:before="40" w:after="80"/>
              <w:ind w:firstLineChars="200" w:firstLine="44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lang w:eastAsia="zh-TW"/>
              </w:rPr>
              <w:t>每位學生主修最多只能選擇 1 項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；</w:t>
            </w:r>
            <w:r w:rsidRPr="005143FF">
              <w:rPr>
                <w:rFonts w:ascii="Noto Sans TC" w:eastAsia="Noto Sans TC" w:hAnsi="Noto Sans TC" w:cs="Times New Roman" w:hint="eastAsia"/>
                <w:lang w:eastAsia="zh-TW"/>
              </w:rPr>
              <w:t>選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修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（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含選修及選修旁聽</w:t>
            </w:r>
            <w:r w:rsidR="00C80733" w:rsidRPr="005143FF">
              <w:rPr>
                <w:rFonts w:ascii="Noto Sans TC" w:eastAsia="Noto Sans TC" w:hAnsi="Noto Sans TC" w:cs="Times New Roman" w:hint="eastAsia"/>
                <w:lang w:eastAsia="zh-TW"/>
              </w:rPr>
              <w:t>）</w:t>
            </w:r>
            <w:r w:rsidRPr="005143FF">
              <w:rPr>
                <w:rFonts w:ascii="Noto Sans TC" w:eastAsia="Noto Sans TC" w:hAnsi="Noto Sans TC" w:cs="Times New Roman"/>
                <w:lang w:eastAsia="zh-TW"/>
              </w:rPr>
              <w:t>最多合計可選擇 2 項。</w:t>
            </w:r>
          </w:p>
          <w:p w14:paraId="08666248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003366"/>
                <w:lang w:eastAsia="zh-TW"/>
              </w:rPr>
              <w:t>【學分與費用標準】</w:t>
            </w:r>
          </w:p>
          <w:p w14:paraId="5AD508B8" w14:textId="77777777" w:rsidR="00E45360" w:rsidRPr="005143FF" w:rsidRDefault="00000000">
            <w:pPr>
              <w:spacing w:before="20" w:after="40"/>
              <w:ind w:left="288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1. 主修：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1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，每學分需繳交術科個別課費用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16,000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</w:t>
            </w:r>
          </w:p>
          <w:p w14:paraId="39BC6D43" w14:textId="77777777" w:rsidR="00E45360" w:rsidRPr="005143FF" w:rsidRDefault="00000000">
            <w:pPr>
              <w:spacing w:before="20" w:after="40"/>
              <w:ind w:left="288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2. 選修：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0.5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，每項需繳交術科個別課費用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8,000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</w:t>
            </w:r>
          </w:p>
          <w:p w14:paraId="0CB864D5" w14:textId="4D63B82E" w:rsidR="00E45360" w:rsidRPr="005143FF" w:rsidRDefault="00000000" w:rsidP="00C80733">
            <w:pPr>
              <w:spacing w:before="20" w:after="40"/>
              <w:ind w:left="288"/>
              <w:rPr>
                <w:rFonts w:ascii="Noto Sans TC" w:eastAsia="Noto Sans TC" w:hAnsi="Noto Sans TC" w:cs="Times New Roman"/>
                <w:sz w:val="21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3. 選修（旁聽）：</w:t>
            </w:r>
            <w:r w:rsidRPr="005143FF">
              <w:rPr>
                <w:rFonts w:ascii="Noto Sans TC" w:eastAsia="Noto Sans TC" w:hAnsi="Noto Sans TC" w:cs="Times New Roman"/>
                <w:color w:val="0066CC"/>
                <w:sz w:val="21"/>
                <w:lang w:eastAsia="zh-TW"/>
              </w:rPr>
              <w:t>0 學分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，每項需繳交術科個別課費用 </w:t>
            </w:r>
            <w:r w:rsidRPr="005143FF">
              <w:rPr>
                <w:rFonts w:ascii="Noto Sans TC" w:eastAsia="Noto Sans TC" w:hAnsi="Noto Sans TC" w:cs="Times New Roman"/>
                <w:color w:val="B40000"/>
                <w:sz w:val="21"/>
                <w:lang w:eastAsia="zh-TW"/>
              </w:rPr>
              <w:t>8,000 元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。（</w:t>
            </w:r>
            <w:r w:rsidRPr="005143FF">
              <w:rPr>
                <w:rFonts w:ascii="Noto Sans TC" w:eastAsia="Noto Sans TC" w:hAnsi="Noto Sans TC" w:cs="微軟正黑體" w:hint="eastAsia"/>
                <w:sz w:val="21"/>
                <w:lang w:eastAsia="zh-TW"/>
              </w:rPr>
              <w:t>※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 xml:space="preserve"> </w:t>
            </w:r>
            <w:r w:rsidR="00C80733" w:rsidRPr="005143FF">
              <w:rPr>
                <w:rFonts w:ascii="Noto Sans TC" w:eastAsia="Noto Sans TC" w:hAnsi="Noto Sans TC" w:cs="Times New Roman" w:hint="eastAsia"/>
                <w:sz w:val="21"/>
                <w:lang w:eastAsia="zh-TW"/>
              </w:rPr>
              <w:t>可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免參與午間音樂會，亦免參與期末考試）</w:t>
            </w:r>
          </w:p>
        </w:tc>
      </w:tr>
    </w:tbl>
    <w:p w14:paraId="18FE0D6B" w14:textId="77777777" w:rsidR="00F16D63" w:rsidRDefault="00F16D63">
      <w:pPr>
        <w:spacing w:before="80" w:after="80"/>
        <w:rPr>
          <w:rFonts w:ascii="Noto Sans TC" w:eastAsia="Noto Sans TC" w:hAnsi="Noto Sans TC" w:cs="Times New Roman"/>
          <w:lang w:eastAsia="zh-TW"/>
        </w:rPr>
      </w:pPr>
    </w:p>
    <w:p w14:paraId="5C9BCB99" w14:textId="72434013" w:rsidR="00E45360" w:rsidRPr="005143FF" w:rsidRDefault="00000000">
      <w:pPr>
        <w:spacing w:before="8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/>
          <w:lang w:eastAsia="zh-TW"/>
        </w:rPr>
        <w:t>【學生自我費用試算欄】（請依勾選項目自行計算填寫）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989"/>
        <w:gridCol w:w="2158"/>
        <w:gridCol w:w="2490"/>
        <w:gridCol w:w="3153"/>
      </w:tblGrid>
      <w:tr w:rsidR="00E45360" w:rsidRPr="005143FF" w14:paraId="40BE920F" w14:textId="77777777" w:rsidTr="00F16D63">
        <w:trPr>
          <w:cantSplit/>
          <w:tblHeader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DE9854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修課類別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986AFFF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勾選項目數量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1AAF8A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小計學分數</w:t>
            </w:r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2F2F2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DCD1C2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1"/>
              </w:rPr>
              <w:t>小計費用 (NT$)</w:t>
            </w:r>
          </w:p>
        </w:tc>
      </w:tr>
      <w:tr w:rsidR="00E45360" w:rsidRPr="005143FF" w14:paraId="48AFABC5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F62DC7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主修 (最多1項)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470D73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DBCCA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學分</w:t>
            </w:r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479870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  <w:tr w:rsidR="00E45360" w:rsidRPr="005143FF" w14:paraId="2223525E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5D8F6B" w14:textId="491EA1F9" w:rsidR="00E45360" w:rsidRPr="005143FF" w:rsidRDefault="00000000" w:rsidP="00F16D63">
            <w:pPr>
              <w:spacing w:before="20" w:after="20"/>
              <w:jc w:val="center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  <w:lang w:eastAsia="zh-TW"/>
              </w:rPr>
              <w:t>選修 (含選修/旁聽最多2項)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E53B019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9779B7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學分</w:t>
            </w:r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2511A9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  <w:tr w:rsidR="00E45360" w:rsidRPr="005143FF" w14:paraId="4D3128EA" w14:textId="77777777" w:rsidTr="00F16D63">
        <w:trPr>
          <w:cantSplit/>
          <w:jc w:val="center"/>
        </w:trPr>
        <w:tc>
          <w:tcPr>
            <w:tcW w:w="1385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1BAF0C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合計 (Total)</w:t>
            </w:r>
          </w:p>
        </w:tc>
        <w:tc>
          <w:tcPr>
            <w:tcW w:w="1000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1174378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項</w:t>
            </w:r>
          </w:p>
        </w:tc>
        <w:tc>
          <w:tcPr>
            <w:tcW w:w="1154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483F97B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_______ 學分</w:t>
            </w:r>
          </w:p>
        </w:tc>
        <w:tc>
          <w:tcPr>
            <w:tcW w:w="1462" w:type="pct"/>
            <w:tcBorders>
              <w:top w:val="single" w:sz="4" w:space="0" w:color="888888"/>
              <w:left w:val="single" w:sz="4" w:space="0" w:color="888888"/>
              <w:bottom w:val="single" w:sz="4" w:space="0" w:color="888888"/>
              <w:right w:val="single" w:sz="4" w:space="0" w:color="888888"/>
            </w:tcBorders>
            <w:shd w:val="clear" w:color="auto" w:fill="FFF2CC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606C7F1" w14:textId="77777777" w:rsidR="00E45360" w:rsidRPr="005143FF" w:rsidRDefault="00000000">
            <w:pPr>
              <w:spacing w:before="20" w:after="20"/>
              <w:jc w:val="center"/>
              <w:rPr>
                <w:rFonts w:ascii="Noto Sans TC" w:eastAsia="Noto Sans TC" w:hAnsi="Noto Sans TC"/>
              </w:rPr>
            </w:pPr>
            <w:r w:rsidRPr="005143FF">
              <w:rPr>
                <w:rFonts w:ascii="Noto Sans TC" w:eastAsia="Noto Sans TC" w:hAnsi="Noto Sans TC" w:cs="Times New Roman"/>
                <w:sz w:val="20"/>
              </w:rPr>
              <w:t>$ ____________ 元</w:t>
            </w:r>
          </w:p>
        </w:tc>
      </w:tr>
    </w:tbl>
    <w:p w14:paraId="1B3C4582" w14:textId="77777777" w:rsidR="00F16D63" w:rsidRDefault="00F16D63">
      <w:pPr>
        <w:spacing w:before="120" w:after="80"/>
        <w:rPr>
          <w:rFonts w:ascii="Noto Sans TC" w:eastAsia="Noto Sans TC" w:hAnsi="Noto Sans TC" w:cs="Times New Roman"/>
          <w:color w:val="003366"/>
          <w:sz w:val="26"/>
          <w:lang w:eastAsia="zh-TW"/>
        </w:rPr>
      </w:pPr>
    </w:p>
    <w:p w14:paraId="569CDE90" w14:textId="046B161F" w:rsidR="00E45360" w:rsidRPr="005143FF" w:rsidRDefault="00C80733">
      <w:pPr>
        <w:spacing w:before="120" w:after="80"/>
        <w:rPr>
          <w:rFonts w:ascii="Noto Sans TC" w:eastAsia="Noto Sans TC" w:hAnsi="Noto Sans TC"/>
          <w:lang w:eastAsia="zh-TW"/>
        </w:rPr>
      </w:pPr>
      <w:r w:rsidRPr="005143FF">
        <w:rPr>
          <w:rFonts w:ascii="Noto Sans TC" w:eastAsia="Noto Sans TC" w:hAnsi="Noto Sans TC" w:cs="Times New Roman" w:hint="eastAsia"/>
          <w:color w:val="003366"/>
          <w:sz w:val="26"/>
          <w:lang w:eastAsia="zh-TW"/>
        </w:rPr>
        <w:t>四</w:t>
      </w:r>
      <w:r w:rsidRPr="005143FF">
        <w:rPr>
          <w:rFonts w:ascii="Noto Sans TC" w:eastAsia="Noto Sans TC" w:hAnsi="Noto Sans TC" w:cs="Times New Roman"/>
          <w:color w:val="003366"/>
          <w:sz w:val="26"/>
          <w:lang w:eastAsia="zh-TW"/>
        </w:rPr>
        <w:t>、 學生修課重要提醒事項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0780"/>
      </w:tblGrid>
      <w:tr w:rsidR="00E45360" w:rsidRPr="005143FF" w14:paraId="7544DFB2" w14:textId="77777777" w:rsidTr="00F16D63">
        <w:trPr>
          <w:jc w:val="center"/>
        </w:trPr>
        <w:tc>
          <w:tcPr>
            <w:tcW w:w="5000" w:type="pct"/>
            <w:tcBorders>
              <w:top w:val="single" w:sz="8" w:space="0" w:color="D68910"/>
              <w:left w:val="single" w:sz="8" w:space="0" w:color="D68910"/>
              <w:bottom w:val="single" w:sz="8" w:space="0" w:color="D68910"/>
              <w:right w:val="single" w:sz="8" w:space="0" w:color="D68910"/>
            </w:tcBorders>
            <w:shd w:val="clear" w:color="auto" w:fill="FFFDF5"/>
            <w:tcMar>
              <w:top w:w="120" w:type="dxa"/>
              <w:left w:w="150" w:type="dxa"/>
              <w:bottom w:w="120" w:type="dxa"/>
              <w:right w:w="150" w:type="dxa"/>
            </w:tcMar>
          </w:tcPr>
          <w:p w14:paraId="5B1322B0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1. 學期初紀錄表下載與紀錄：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每學期初，請務必至 [教學單位] - [基督教研究所] - [文學碩士班教會音樂組] - [表單下載] 下載「術科上課紀錄表」，每週詳細填寫上課進度，並請每週於上課時交由個別課老師簽名。</w:t>
            </w:r>
          </w:p>
          <w:p w14:paraId="082694C1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2. 音樂會聆聽紀錄與門票/節目單繳交：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「術科上課紀錄表」最下方附有聆聽音樂會紀錄表，請務必聽滿規定場數（須聽完規定場數始具備期末術科考試資格）。請於表格內填寫音樂會日期，並將票根或節目單照片之電子檔傳送至音碩</w:t>
            </w:r>
            <w:r w:rsidRPr="005143FF">
              <w:rPr>
                <w:rFonts w:ascii="微軟正黑體" w:eastAsia="微軟正黑體" w:hAnsi="微軟正黑體" w:cs="微軟正黑體" w:hint="eastAsia"/>
                <w:sz w:val="21"/>
                <w:lang w:eastAsia="zh-TW"/>
              </w:rPr>
              <w:t>组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助理信箱。</w:t>
            </w:r>
          </w:p>
          <w:p w14:paraId="4B256949" w14:textId="77777777" w:rsidR="00E45360" w:rsidRPr="005143FF" w:rsidRDefault="00000000">
            <w:pPr>
              <w:spacing w:before="40" w:after="80"/>
              <w:rPr>
                <w:rFonts w:ascii="Noto Sans TC" w:eastAsia="Noto Sans TC" w:hAnsi="Noto Sans TC"/>
                <w:lang w:eastAsia="zh-TW"/>
              </w:rPr>
            </w:pPr>
            <w:r w:rsidRPr="005143FF">
              <w:rPr>
                <w:rFonts w:ascii="Noto Sans TC" w:eastAsia="Noto Sans TC" w:hAnsi="Noto Sans TC" w:cs="Times New Roman"/>
                <w:color w:val="964B00"/>
                <w:sz w:val="21"/>
                <w:lang w:eastAsia="zh-TW"/>
              </w:rPr>
              <w:t>3. 期末術科考試曲目表繳交：</w:t>
            </w:r>
            <w:r w:rsidRPr="005143FF">
              <w:rPr>
                <w:rFonts w:ascii="Noto Sans TC" w:eastAsia="Noto Sans TC" w:hAnsi="Noto Sans TC" w:cs="Times New Roman"/>
                <w:sz w:val="21"/>
                <w:lang w:eastAsia="zh-TW"/>
              </w:rPr>
              <w:t>學期末術科考試前兩週，請同學至下載專區下載「術科考試曲目表」，於電腦中填寫完整並列印出紙本，交給個別課老師簽名確認後，繳交至音樂組辦公室始得參加考試。</w:t>
            </w:r>
          </w:p>
        </w:tc>
      </w:tr>
    </w:tbl>
    <w:p w14:paraId="4FCE3D59" w14:textId="77777777" w:rsidR="006520FB" w:rsidRPr="005143FF" w:rsidRDefault="006520FB">
      <w:pPr>
        <w:rPr>
          <w:rFonts w:ascii="Noto Sans TC" w:eastAsia="Noto Sans TC" w:hAnsi="Noto Sans TC"/>
          <w:lang w:eastAsia="zh-TW"/>
        </w:rPr>
      </w:pPr>
    </w:p>
    <w:sectPr w:rsidR="006520FB" w:rsidRPr="005143FF" w:rsidSect="00F16D6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Noto Sans TC">
    <w:panose1 w:val="020B0604020202020204"/>
    <w:charset w:val="80"/>
    <w:family w:val="swiss"/>
    <w:pitch w:val="variable"/>
    <w:sig w:usb0="20000083" w:usb1="2ADF3C10" w:usb2="00000016" w:usb3="00000000" w:csb0="00120107" w:csb1="00000000"/>
  </w:font>
  <w:font w:name="Noto Sans TC SemiBold">
    <w:panose1 w:val="020B0200000000000000"/>
    <w:charset w:val="80"/>
    <w:family w:val="swiss"/>
    <w:pitch w:val="variable"/>
    <w:sig w:usb0="20000083" w:usb1="2ADF3C10" w:usb2="00000016" w:usb3="00000000" w:csb0="001201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27443811">
    <w:abstractNumId w:val="8"/>
  </w:num>
  <w:num w:numId="2" w16cid:durableId="1722170512">
    <w:abstractNumId w:val="6"/>
  </w:num>
  <w:num w:numId="3" w16cid:durableId="611862690">
    <w:abstractNumId w:val="5"/>
  </w:num>
  <w:num w:numId="4" w16cid:durableId="918054432">
    <w:abstractNumId w:val="4"/>
  </w:num>
  <w:num w:numId="5" w16cid:durableId="654528585">
    <w:abstractNumId w:val="7"/>
  </w:num>
  <w:num w:numId="6" w16cid:durableId="1855684572">
    <w:abstractNumId w:val="3"/>
  </w:num>
  <w:num w:numId="7" w16cid:durableId="1204487253">
    <w:abstractNumId w:val="2"/>
  </w:num>
  <w:num w:numId="8" w16cid:durableId="1002010600">
    <w:abstractNumId w:val="1"/>
  </w:num>
  <w:num w:numId="9" w16cid:durableId="11009525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97"/>
  <w:bordersDoNotSurroundHeader/>
  <w:bordersDoNotSurroundFooter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C3BD6"/>
    <w:rsid w:val="00403830"/>
    <w:rsid w:val="00473034"/>
    <w:rsid w:val="005143FF"/>
    <w:rsid w:val="0058462C"/>
    <w:rsid w:val="005D204E"/>
    <w:rsid w:val="006520FB"/>
    <w:rsid w:val="00922263"/>
    <w:rsid w:val="00A3364A"/>
    <w:rsid w:val="00A57A64"/>
    <w:rsid w:val="00AA1D8D"/>
    <w:rsid w:val="00B47730"/>
    <w:rsid w:val="00B57DAA"/>
    <w:rsid w:val="00C80733"/>
    <w:rsid w:val="00CB0664"/>
    <w:rsid w:val="00E45360"/>
    <w:rsid w:val="00ED3E38"/>
    <w:rsid w:val="00F16D6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A18FF99"/>
  <w14:defaultImageDpi w14:val="300"/>
  <w15:docId w15:val="{4D1E5C26-6925-D54B-A3A4-694DD2064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頁首 字元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頁尾 字元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標題 1 字元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標題 2 字元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標題 3 字元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標題 字元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副標題 字元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本文 字元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本文 2 字元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本文 3 字元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巨集文字 字元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文 字元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標題 4 字元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標題 5 字元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標題 6 字元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標題 7 字元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標題 8 字元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標題 9 字元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鮮明引文 字元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589</Words>
  <Characters>761</Characters>
  <Application>Microsoft Office Word</Application>
  <DocSecurity>0</DocSecurity>
  <Lines>69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1271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daniel huang</cp:lastModifiedBy>
  <cp:revision>13</cp:revision>
  <dcterms:created xsi:type="dcterms:W3CDTF">2013-12-23T23:15:00Z</dcterms:created>
  <dcterms:modified xsi:type="dcterms:W3CDTF">2026-08-03T07:29:00Z</dcterms:modified>
  <cp:category/>
</cp:coreProperties>
</file>