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3AE4F9" w14:textId="0E0C33A3" w:rsidR="00E45360" w:rsidRPr="005143FF" w:rsidRDefault="00A3364A">
      <w:pPr>
        <w:spacing w:after="40"/>
        <w:jc w:val="center"/>
        <w:rPr>
          <w:rFonts w:ascii="Noto Sans TC" w:eastAsia="Noto Sans TC" w:hAnsi="Noto Sans TC"/>
          <w:sz w:val="21"/>
          <w:szCs w:val="21"/>
          <w:lang w:eastAsia="zh-TW"/>
        </w:rPr>
      </w:pPr>
      <w:r w:rsidRPr="005143FF">
        <w:rPr>
          <w:rFonts w:ascii="Noto Sans TC" w:eastAsia="Noto Sans TC" w:hAnsi="Noto Sans TC" w:cs="Times New Roman"/>
          <w:noProof/>
          <w:sz w:val="24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59DCE" wp14:editId="3C64A61E">
                <wp:simplePos x="0" y="0"/>
                <wp:positionH relativeFrom="column">
                  <wp:posOffset>5950039</wp:posOffset>
                </wp:positionH>
                <wp:positionV relativeFrom="paragraph">
                  <wp:posOffset>-186744</wp:posOffset>
                </wp:positionV>
                <wp:extent cx="827314" cy="363829"/>
                <wp:effectExtent l="0" t="0" r="11430" b="17780"/>
                <wp:wrapNone/>
                <wp:docPr id="1432626355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314" cy="3638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B607E" w14:textId="67F0837A" w:rsidR="00A3364A" w:rsidRPr="00A57A64" w:rsidRDefault="00A3364A" w:rsidP="00A3364A">
                            <w:pPr>
                              <w:jc w:val="center"/>
                              <w:rPr>
                                <w:rFonts w:ascii="Noto Sans TC" w:eastAsia="Noto Sans TC" w:hAnsi="Noto Sans TC"/>
                              </w:rPr>
                            </w:pPr>
                            <w:r w:rsidRPr="00A57A64">
                              <w:rPr>
                                <w:rFonts w:ascii="Noto Sans TC" w:eastAsia="Noto Sans TC" w:hAnsi="Noto Sans TC"/>
                                <w:lang w:eastAsia="zh-TW"/>
                              </w:rPr>
                              <w:t>115.</w:t>
                            </w:r>
                            <w:r w:rsidR="00C87F12">
                              <w:rPr>
                                <w:rFonts w:ascii="Noto Sans TC" w:eastAsia="Noto Sans TC" w:hAnsi="Noto Sans TC"/>
                                <w:lang w:eastAsia="zh-TW"/>
                              </w:rPr>
                              <w:t>1</w:t>
                            </w:r>
                            <w:r w:rsidRPr="00A57A64">
                              <w:rPr>
                                <w:rFonts w:ascii="Noto Sans TC" w:eastAsia="Noto Sans TC" w:hAnsi="Noto Sans TC"/>
                                <w:lang w:eastAsia="zh-TW"/>
                              </w:rPr>
                              <w:t>0版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59DC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8.5pt;margin-top:-14.7pt;width:65.15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" fillcolor="white [3201]" strokeweight=".5pt">
                <v:textbox>
                  <w:txbxContent>
                    <w:p w14:paraId="763B607E" w14:textId="67F0837A" w:rsidR="00A3364A" w:rsidRPr="00A57A64" w:rsidRDefault="00A3364A" w:rsidP="00A3364A">
                      <w:pPr>
                        <w:jc w:val="center"/>
                        <w:rPr>
                          <w:rFonts w:ascii="Noto Sans TC" w:eastAsia="Noto Sans TC" w:hAnsi="Noto Sans TC"/>
                        </w:rPr>
                      </w:pPr>
                      <w:r w:rsidRPr="00A57A64">
                        <w:rPr>
                          <w:rFonts w:ascii="Noto Sans TC" w:eastAsia="Noto Sans TC" w:hAnsi="Noto Sans TC"/>
                          <w:lang w:eastAsia="zh-TW"/>
                        </w:rPr>
                        <w:t>115.</w:t>
                      </w:r>
                      <w:r w:rsidR="00C87F12">
                        <w:rPr>
                          <w:rFonts w:ascii="Noto Sans TC" w:eastAsia="Noto Sans TC" w:hAnsi="Noto Sans TC"/>
                          <w:lang w:eastAsia="zh-TW"/>
                        </w:rPr>
                        <w:t>1</w:t>
                      </w:r>
                      <w:r w:rsidRPr="00A57A64">
                        <w:rPr>
                          <w:rFonts w:ascii="Noto Sans TC" w:eastAsia="Noto Sans TC" w:hAnsi="Noto Sans TC"/>
                          <w:lang w:eastAsia="zh-TW"/>
                        </w:rPr>
                        <w:t>0版</w:t>
                      </w:r>
                    </w:p>
                  </w:txbxContent>
                </v:textbox>
              </v:shape>
            </w:pict>
          </mc:Fallback>
        </mc:AlternateContent>
      </w:r>
      <w:r w:rsidRPr="005143FF">
        <w:rPr>
          <w:rFonts w:ascii="Noto Sans TC" w:eastAsia="Noto Sans TC" w:hAnsi="Noto Sans TC" w:cs="Times New Roman"/>
          <w:sz w:val="24"/>
          <w:szCs w:val="21"/>
          <w:lang w:eastAsia="zh-TW"/>
        </w:rPr>
        <w:t>台灣神學研究學院  |  文學碩士教會音樂組</w:t>
      </w:r>
    </w:p>
    <w:p w14:paraId="646F22C9" w14:textId="77777777" w:rsidR="00E45360" w:rsidRPr="005143FF" w:rsidRDefault="00000000">
      <w:pPr>
        <w:spacing w:after="80"/>
        <w:jc w:val="center"/>
        <w:rPr>
          <w:rFonts w:ascii="Noto Sans TC" w:eastAsia="Noto Sans TC" w:hAnsi="Noto Sans TC"/>
          <w:sz w:val="21"/>
          <w:szCs w:val="21"/>
          <w:lang w:eastAsia="zh-TW"/>
        </w:rPr>
      </w:pPr>
      <w:r w:rsidRPr="005143FF">
        <w:rPr>
          <w:rFonts w:ascii="Noto Sans TC" w:eastAsia="Noto Sans TC" w:hAnsi="Noto Sans TC" w:cs="Times New Roman"/>
          <w:sz w:val="24"/>
          <w:szCs w:val="21"/>
          <w:lang w:eastAsia="zh-TW"/>
        </w:rPr>
        <w:t>台灣神學院  |  音樂碩士班</w:t>
      </w:r>
    </w:p>
    <w:p w14:paraId="16965C74" w14:textId="173B181B" w:rsidR="00E45360" w:rsidRPr="005143FF" w:rsidRDefault="00922263">
      <w:pPr>
        <w:spacing w:before="120" w:after="240"/>
        <w:jc w:val="center"/>
        <w:rPr>
          <w:rFonts w:ascii="Noto Sans TC SemiBold" w:eastAsia="Noto Sans TC SemiBold" w:hAnsi="Noto Sans TC SemiBold"/>
          <w:b/>
          <w:bCs/>
          <w:sz w:val="21"/>
          <w:szCs w:val="21"/>
          <w:lang w:eastAsia="zh-TW"/>
        </w:rPr>
      </w:pPr>
      <w:r>
        <w:rPr>
          <w:rFonts w:ascii="Noto Sans TC SemiBold" w:eastAsia="Noto Sans TC SemiBold" w:hAnsi="Noto Sans TC SemiBold" w:cs="Times New Roman" w:hint="eastAsia"/>
          <w:b/>
          <w:bCs/>
          <w:sz w:val="32"/>
          <w:szCs w:val="21"/>
          <w:lang w:eastAsia="zh-TW"/>
        </w:rPr>
        <w:t>術科</w:t>
      </w:r>
      <w:r w:rsidRPr="005143FF">
        <w:rPr>
          <w:rFonts w:ascii="Noto Sans TC SemiBold" w:eastAsia="Noto Sans TC SemiBold" w:hAnsi="Noto Sans TC SemiBold" w:cs="Times New Roman"/>
          <w:b/>
          <w:bCs/>
          <w:sz w:val="32"/>
          <w:szCs w:val="21"/>
          <w:lang w:eastAsia="zh-TW"/>
        </w:rPr>
        <w:t>修課意願表</w:t>
      </w:r>
    </w:p>
    <w:p w14:paraId="2165830B" w14:textId="77777777" w:rsidR="00E45360" w:rsidRPr="005143FF" w:rsidRDefault="00000000">
      <w:pPr>
        <w:spacing w:after="160"/>
        <w:jc w:val="right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/>
          <w:lang w:eastAsia="zh-TW"/>
        </w:rPr>
        <w:t>______ 學年度 第 ______ 學期   填表日期：______ 年 ______ 月 ______ 日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92"/>
        <w:gridCol w:w="2583"/>
        <w:gridCol w:w="1375"/>
        <w:gridCol w:w="4840"/>
      </w:tblGrid>
      <w:tr w:rsidR="00E45360" w:rsidRPr="005143FF" w14:paraId="6A82D35E" w14:textId="77777777" w:rsidTr="00F16D63">
        <w:trPr>
          <w:cantSplit/>
          <w:jc w:val="center"/>
        </w:trPr>
        <w:tc>
          <w:tcPr>
            <w:tcW w:w="92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0F99D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</w:rPr>
              <w:t>學生姓名</w:t>
            </w:r>
            <w:proofErr w:type="spellEnd"/>
          </w:p>
        </w:tc>
        <w:tc>
          <w:tcPr>
            <w:tcW w:w="119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4D3D9" w14:textId="77777777" w:rsidR="00E45360" w:rsidRPr="005143FF" w:rsidRDefault="00E45360">
            <w:pPr>
              <w:spacing w:before="40" w:after="40"/>
              <w:rPr>
                <w:rFonts w:ascii="Noto Sans TC" w:eastAsia="Noto Sans TC" w:hAnsi="Noto Sans TC"/>
              </w:rPr>
            </w:pPr>
          </w:p>
        </w:tc>
        <w:tc>
          <w:tcPr>
            <w:tcW w:w="63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0278A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</w:rPr>
              <w:t>學生學號</w:t>
            </w:r>
            <w:proofErr w:type="spellEnd"/>
          </w:p>
        </w:tc>
        <w:tc>
          <w:tcPr>
            <w:tcW w:w="224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9AEC8" w14:textId="77777777" w:rsidR="00E45360" w:rsidRPr="005143FF" w:rsidRDefault="00E45360">
            <w:pPr>
              <w:spacing w:before="40" w:after="40"/>
              <w:rPr>
                <w:rFonts w:ascii="Noto Sans TC" w:eastAsia="Noto Sans TC" w:hAnsi="Noto Sans TC"/>
              </w:rPr>
            </w:pPr>
          </w:p>
        </w:tc>
      </w:tr>
      <w:tr w:rsidR="00E45360" w:rsidRPr="005143FF" w14:paraId="3502C9EA" w14:textId="77777777" w:rsidTr="00F16D63">
        <w:trPr>
          <w:cantSplit/>
          <w:jc w:val="center"/>
        </w:trPr>
        <w:tc>
          <w:tcPr>
            <w:tcW w:w="92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F3BD80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年    級</w:t>
            </w:r>
          </w:p>
        </w:tc>
        <w:tc>
          <w:tcPr>
            <w:tcW w:w="119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9B71C" w14:textId="77777777" w:rsidR="00E45360" w:rsidRPr="005143FF" w:rsidRDefault="00E45360">
            <w:pPr>
              <w:spacing w:before="40" w:after="40"/>
              <w:rPr>
                <w:rFonts w:ascii="Noto Sans TC" w:eastAsia="Noto Sans TC" w:hAnsi="Noto Sans TC"/>
              </w:rPr>
            </w:pPr>
          </w:p>
        </w:tc>
        <w:tc>
          <w:tcPr>
            <w:tcW w:w="63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27E52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</w:rPr>
              <w:t>主修</w:t>
            </w:r>
            <w:proofErr w:type="spellEnd"/>
            <w:r w:rsidRPr="005143FF">
              <w:rPr>
                <w:rFonts w:ascii="Noto Sans TC" w:eastAsia="Noto Sans TC" w:hAnsi="Noto Sans TC" w:cs="Times New Roman"/>
              </w:rPr>
              <w:t>/</w:t>
            </w:r>
            <w:proofErr w:type="spellStart"/>
            <w:r w:rsidRPr="005143FF">
              <w:rPr>
                <w:rFonts w:ascii="Noto Sans TC" w:eastAsia="Noto Sans TC" w:hAnsi="Noto Sans TC" w:cs="Times New Roman"/>
              </w:rPr>
              <w:t>系所</w:t>
            </w:r>
            <w:proofErr w:type="spellEnd"/>
          </w:p>
        </w:tc>
        <w:tc>
          <w:tcPr>
            <w:tcW w:w="224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4DEC4" w14:textId="71D12C48" w:rsidR="00E45360" w:rsidRPr="005143FF" w:rsidRDefault="00000000">
            <w:pPr>
              <w:spacing w:before="40" w:after="4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本組</w:t>
            </w:r>
            <w:r w:rsidR="00F16D63" w:rsidRPr="00F16D63">
              <w:rPr>
                <w:rFonts w:ascii="Noto Sans TC" w:eastAsia="Noto Sans TC" w:hAnsi="Noto Sans TC" w:cs="Times New Roman"/>
                <w:lang w:eastAsia="zh-TW"/>
              </w:rPr>
              <w:t>_____</w:t>
            </w:r>
            <w:r w:rsidR="00F16D63" w:rsidRPr="00F16D63">
              <w:rPr>
                <w:rFonts w:ascii="Noto Sans TC" w:eastAsia="Noto Sans TC" w:hAnsi="Noto Sans TC" w:cs="Times New Roman" w:hint="eastAsia"/>
                <w:lang w:eastAsia="zh-TW"/>
              </w:rPr>
              <w:t>__</w:t>
            </w:r>
            <w:r w:rsidR="00F16D63">
              <w:rPr>
                <w:rFonts w:ascii="Noto Sans TC" w:eastAsia="Noto Sans TC" w:hAnsi="Noto Sans TC" w:cs="Times New Roman" w:hint="eastAsia"/>
                <w:lang w:eastAsia="zh-TW"/>
              </w:rPr>
              <w:t>主修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 </w:t>
            </w:r>
            <w:r w:rsidRPr="005143FF">
              <w:rPr>
                <w:rFonts w:ascii="Noto Sans TC" w:eastAsia="Noto Sans TC" w:hAnsi="Noto Sans TC" w:cs="Arial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非本組：</w:t>
            </w:r>
            <w:r w:rsidR="00F16D63" w:rsidRPr="00F16D63">
              <w:rPr>
                <w:rFonts w:ascii="Noto Sans TC" w:eastAsia="Noto Sans TC" w:hAnsi="Noto Sans TC" w:cs="Times New Roman"/>
                <w:lang w:eastAsia="zh-TW"/>
              </w:rPr>
              <w:t>_____</w:t>
            </w:r>
            <w:r w:rsidR="00F16D63" w:rsidRPr="00F16D63">
              <w:rPr>
                <w:rFonts w:ascii="Noto Sans TC" w:eastAsia="Noto Sans TC" w:hAnsi="Noto Sans TC" w:cs="Times New Roman" w:hint="eastAsia"/>
                <w:lang w:eastAsia="zh-TW"/>
              </w:rPr>
              <w:t>_</w:t>
            </w:r>
            <w:r w:rsidR="00F16D63" w:rsidRPr="00F16D63">
              <w:rPr>
                <w:rFonts w:ascii="Noto Sans TC" w:eastAsia="Noto Sans TC" w:hAnsi="Noto Sans TC" w:cs="Times New Roman"/>
                <w:lang w:eastAsia="zh-TW"/>
              </w:rPr>
              <w:t>_</w:t>
            </w:r>
            <w:r w:rsidR="00F16D63">
              <w:rPr>
                <w:rFonts w:ascii="Noto Sans TC" w:eastAsia="Noto Sans TC" w:hAnsi="Noto Sans TC" w:cs="Times New Roman" w:hint="eastAsia"/>
                <w:lang w:eastAsia="zh-TW"/>
              </w:rPr>
              <w:t>系所</w:t>
            </w:r>
          </w:p>
        </w:tc>
      </w:tr>
    </w:tbl>
    <w:p w14:paraId="3A652658" w14:textId="77777777" w:rsidR="00E45360" w:rsidRPr="005143FF" w:rsidRDefault="00000000">
      <w:pPr>
        <w:spacing w:before="120" w:after="80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一、 術科項目修課意願選擇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4"/>
        <w:gridCol w:w="2698"/>
        <w:gridCol w:w="3839"/>
        <w:gridCol w:w="3269"/>
      </w:tblGrid>
      <w:tr w:rsidR="00C80733" w:rsidRPr="005143FF" w14:paraId="3A882F5B" w14:textId="77777777" w:rsidTr="00A57A64">
        <w:trPr>
          <w:cantSplit/>
          <w:trHeight w:val="24"/>
          <w:tblHeader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7CD5A2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</w:rPr>
              <w:t>項次</w:t>
            </w:r>
            <w:proofErr w:type="spellEnd"/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1C959F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</w:rPr>
              <w:t>術科項目</w:t>
            </w:r>
            <w:proofErr w:type="spellEnd"/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A4D293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lang w:eastAsia="zh-TW"/>
              </w:rPr>
              <w:t>修課類別勾選（請擇一）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3C61FF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</w:rPr>
              <w:t>備註</w:t>
            </w:r>
            <w:proofErr w:type="spellEnd"/>
          </w:p>
        </w:tc>
      </w:tr>
      <w:tr w:rsidR="00C80733" w:rsidRPr="005143FF" w14:paraId="306ECEDA" w14:textId="77777777" w:rsidTr="001579E5">
        <w:trPr>
          <w:cantSplit/>
          <w:trHeight w:val="443"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D86FC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1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02B9D" w14:textId="13A1E63D" w:rsidR="00C80733" w:rsidRPr="005143FF" w:rsidRDefault="00C80733" w:rsidP="001579E5">
            <w:pPr>
              <w:spacing w:before="40" w:after="40"/>
              <w:jc w:val="both"/>
              <w:rPr>
                <w:rFonts w:ascii="Noto Sans TC" w:eastAsia="Noto Sans TC" w:hAnsi="Noto Sans TC" w:hint="eastAsia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合唱指揮</w:t>
            </w:r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（</w:t>
            </w:r>
            <w:r w:rsidR="001579E5">
              <w:rPr>
                <w:rFonts w:ascii="微軟正黑體" w:eastAsia="微軟正黑體" w:hAnsi="微軟正黑體" w:cs="微軟正黑體" w:hint="eastAsia"/>
                <w:sz w:val="21"/>
                <w:lang w:eastAsia="zh-TW"/>
              </w:rPr>
              <w:t>李建一老師</w:t>
            </w:r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）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61D78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DF64E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7D47906E" w14:textId="77777777" w:rsidTr="001579E5">
        <w:trPr>
          <w:cantSplit/>
          <w:trHeight w:val="443"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243BC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2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D4229" w14:textId="1E79DBD5" w:rsidR="00C80733" w:rsidRPr="005143FF" w:rsidRDefault="00C80733" w:rsidP="001579E5">
            <w:pPr>
              <w:spacing w:before="40" w:after="40"/>
              <w:jc w:val="both"/>
              <w:rPr>
                <w:rFonts w:ascii="Noto Sans TC" w:eastAsia="Noto Sans TC" w:hAnsi="Noto Sans TC" w:hint="eastAsia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管風琴</w:t>
            </w:r>
            <w:bookmarkStart w:id="0" w:name="OLE_LINK1"/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（</w:t>
            </w:r>
            <w:r w:rsidR="001579E5">
              <w:rPr>
                <w:rFonts w:ascii="微軟正黑體" w:eastAsia="微軟正黑體" w:hAnsi="微軟正黑體" w:cs="微軟正黑體" w:hint="eastAsia"/>
                <w:sz w:val="21"/>
                <w:lang w:eastAsia="zh-TW"/>
              </w:rPr>
              <w:t>尚傑生老師</w:t>
            </w:r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）</w:t>
            </w:r>
            <w:bookmarkEnd w:id="0"/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07F3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B9C4A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7FCAEF5E" w14:textId="77777777" w:rsidTr="001579E5">
        <w:trPr>
          <w:cantSplit/>
          <w:trHeight w:val="443"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CCC17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3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E5935" w14:textId="0CB0DD64" w:rsidR="00C80733" w:rsidRPr="005143FF" w:rsidRDefault="00C80733" w:rsidP="001579E5">
            <w:pPr>
              <w:spacing w:before="40" w:after="40"/>
              <w:jc w:val="both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鋼琴</w:t>
            </w:r>
            <w:proofErr w:type="spellEnd"/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（</w:t>
            </w:r>
            <w:r w:rsidR="001579E5">
              <w:rPr>
                <w:rFonts w:ascii="微軟正黑體" w:eastAsia="微軟正黑體" w:hAnsi="微軟正黑體" w:cs="微軟正黑體" w:hint="eastAsia"/>
                <w:sz w:val="21"/>
                <w:lang w:eastAsia="zh-TW"/>
              </w:rPr>
              <w:t>尚傑生老師</w:t>
            </w:r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）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131B3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96BD8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7E104400" w14:textId="77777777" w:rsidTr="001579E5">
        <w:trPr>
          <w:cantSplit/>
          <w:trHeight w:val="443"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DE84E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4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5B540" w14:textId="7667B46B" w:rsidR="00C80733" w:rsidRPr="005143FF" w:rsidRDefault="00C80733" w:rsidP="001579E5">
            <w:pPr>
              <w:spacing w:before="40" w:after="40"/>
              <w:jc w:val="both"/>
              <w:rPr>
                <w:rFonts w:ascii="Noto Sans TC" w:eastAsia="Noto Sans TC" w:hAnsi="Noto Sans TC" w:hint="eastAsia"/>
                <w:lang w:eastAsia="zh-TW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聲樂</w:t>
            </w:r>
            <w:proofErr w:type="spellEnd"/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（</w:t>
            </w:r>
            <w:r w:rsidR="001579E5">
              <w:rPr>
                <w:rFonts w:ascii="微軟正黑體" w:eastAsia="微軟正黑體" w:hAnsi="微軟正黑體" w:cs="微軟正黑體" w:hint="eastAsia"/>
                <w:sz w:val="21"/>
                <w:lang w:eastAsia="zh-TW"/>
              </w:rPr>
              <w:t>周筱倩老師</w:t>
            </w:r>
            <w:r w:rsidR="001579E5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）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74BF1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39035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035C7C1C" w14:textId="77777777" w:rsidTr="001579E5">
        <w:trPr>
          <w:cantSplit/>
          <w:trHeight w:val="443"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8A173" w14:textId="5A701201" w:rsidR="00C80733" w:rsidRPr="005143FF" w:rsidRDefault="001579E5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>
              <w:rPr>
                <w:rFonts w:ascii="Noto Sans TC" w:eastAsia="Noto Sans TC" w:hAnsi="Noto Sans TC" w:cs="Times New Roman"/>
                <w:sz w:val="21"/>
              </w:rPr>
              <w:t>5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69935" w14:textId="0A62B5A9" w:rsidR="00C80733" w:rsidRPr="005143FF" w:rsidRDefault="00C80733" w:rsidP="001579E5">
            <w:pPr>
              <w:spacing w:before="40" w:after="40"/>
              <w:jc w:val="both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其他</w:t>
            </w:r>
            <w:proofErr w:type="spellEnd"/>
            <w:r w:rsidRPr="005143FF">
              <w:rPr>
                <w:rFonts w:ascii="Noto Sans TC" w:eastAsia="Noto Sans TC" w:hAnsi="Noto Sans TC" w:cs="Times New Roman"/>
                <w:sz w:val="21"/>
              </w:rPr>
              <w:t>（_______</w:t>
            </w:r>
            <w:bookmarkStart w:id="1" w:name="OLE_LINK7"/>
            <w:r w:rsidRPr="005143FF">
              <w:rPr>
                <w:rFonts w:ascii="Noto Sans TC" w:eastAsia="Noto Sans TC" w:hAnsi="Noto Sans TC" w:cs="Times New Roman"/>
                <w:sz w:val="21"/>
              </w:rPr>
              <w:t>_</w:t>
            </w:r>
            <w:bookmarkEnd w:id="1"/>
            <w:r w:rsidRPr="005143FF">
              <w:rPr>
                <w:rFonts w:ascii="Noto Sans TC" w:eastAsia="Noto Sans TC" w:hAnsi="Noto Sans TC" w:cs="Times New Roman"/>
                <w:sz w:val="21"/>
              </w:rPr>
              <w:t>_</w:t>
            </w:r>
            <w:r w:rsidR="00F16D63" w:rsidRPr="005143FF">
              <w:rPr>
                <w:rFonts w:ascii="Noto Sans TC" w:eastAsia="Noto Sans TC" w:hAnsi="Noto Sans TC" w:cs="Times New Roman"/>
                <w:sz w:val="21"/>
              </w:rPr>
              <w:t>____</w:t>
            </w:r>
            <w:r w:rsidRPr="005143FF">
              <w:rPr>
                <w:rFonts w:ascii="Noto Sans TC" w:eastAsia="Noto Sans TC" w:hAnsi="Noto Sans TC" w:cs="Times New Roman"/>
                <w:sz w:val="21"/>
              </w:rPr>
              <w:t>）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07DB0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F1A9B" w14:textId="77777777" w:rsidR="00C80733" w:rsidRPr="005143FF" w:rsidRDefault="00C80733" w:rsidP="001579E5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</w:tbl>
    <w:p w14:paraId="1A8C3C7F" w14:textId="77777777" w:rsidR="00F16D63" w:rsidRDefault="00F16D63" w:rsidP="00C80733">
      <w:pPr>
        <w:spacing w:before="120" w:after="80"/>
        <w:rPr>
          <w:rFonts w:ascii="Noto Sans TC" w:eastAsia="Noto Sans TC" w:hAnsi="Noto Sans TC" w:cs="Times New Roman"/>
          <w:color w:val="003366"/>
          <w:sz w:val="26"/>
          <w:lang w:eastAsia="zh-TW"/>
        </w:rPr>
      </w:pPr>
    </w:p>
    <w:p w14:paraId="5C00DC64" w14:textId="009CCDB5" w:rsidR="00C80733" w:rsidRPr="005143FF" w:rsidRDefault="00C80733" w:rsidP="00C80733">
      <w:pPr>
        <w:spacing w:before="120" w:after="80"/>
        <w:rPr>
          <w:rFonts w:ascii="Noto Sans TC" w:eastAsia="Noto Sans TC" w:hAnsi="Noto Sans TC"/>
        </w:rPr>
      </w:pP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二</w:t>
      </w:r>
      <w:r w:rsidRPr="005143FF">
        <w:rPr>
          <w:rFonts w:ascii="Noto Sans TC" w:eastAsia="Noto Sans TC" w:hAnsi="Noto Sans TC" w:cs="Times New Roman"/>
          <w:color w:val="003366"/>
          <w:sz w:val="26"/>
        </w:rPr>
        <w:t xml:space="preserve">、 </w:t>
      </w:r>
      <w:proofErr w:type="spellStart"/>
      <w:r w:rsidRPr="005143FF">
        <w:rPr>
          <w:rFonts w:ascii="Noto Sans TC" w:eastAsia="Noto Sans TC" w:hAnsi="Noto Sans TC" w:cs="Times New Roman"/>
          <w:color w:val="003366"/>
          <w:sz w:val="26"/>
        </w:rPr>
        <w:t>簽署與審核欄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86"/>
        <w:gridCol w:w="3652"/>
        <w:gridCol w:w="3652"/>
      </w:tblGrid>
      <w:tr w:rsidR="00403830" w:rsidRPr="005143FF" w14:paraId="7287FADD" w14:textId="77777777" w:rsidTr="00F16D63">
        <w:trPr>
          <w:jc w:val="center"/>
        </w:trPr>
        <w:tc>
          <w:tcPr>
            <w:tcW w:w="16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vAlign w:val="center"/>
          </w:tcPr>
          <w:p w14:paraId="580D080A" w14:textId="489C5DBA" w:rsidR="00403830" w:rsidRPr="005143FF" w:rsidRDefault="00403830" w:rsidP="00403830">
            <w:pPr>
              <w:spacing w:before="40" w:after="40"/>
              <w:jc w:val="center"/>
              <w:rPr>
                <w:rFonts w:ascii="Noto Sans TC" w:eastAsia="Noto Sans TC" w:hAnsi="Noto Sans TC" w:cs="Calibri"/>
                <w:lang w:eastAsia="zh-TW"/>
              </w:rPr>
            </w:pPr>
            <w:bookmarkStart w:id="2" w:name="OLE_LINK11"/>
            <w:r w:rsidRPr="005143FF">
              <w:rPr>
                <w:rFonts w:ascii="Noto Sans TC" w:eastAsia="Noto Sans TC" w:hAnsi="Noto Sans TC" w:cs="Calibri"/>
                <w:lang w:eastAsia="zh-TW"/>
              </w:rPr>
              <w:t>1.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</w:t>
            </w:r>
            <w:r w:rsidRPr="005143FF">
              <w:rPr>
                <w:rFonts w:ascii="Noto Sans TC" w:eastAsia="Noto Sans TC" w:hAnsi="Noto Sans TC" w:cs="Calibri"/>
              </w:rPr>
              <w:t>______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__術科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老</w:t>
            </w:r>
            <w:proofErr w:type="spellStart"/>
            <w:r w:rsidRPr="005143FF">
              <w:rPr>
                <w:rFonts w:ascii="Noto Sans TC" w:eastAsia="Noto Sans TC" w:hAnsi="Noto Sans TC" w:cs="Times New Roman"/>
              </w:rPr>
              <w:t>師簽章</w:t>
            </w:r>
            <w:bookmarkEnd w:id="2"/>
            <w:proofErr w:type="spellEnd"/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6556C2" w14:textId="31C47AEB" w:rsidR="00403830" w:rsidRPr="005143FF" w:rsidRDefault="00403830" w:rsidP="0040383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bookmarkStart w:id="3" w:name="_Hlk236662560"/>
            <w:r w:rsidRPr="005143FF">
              <w:rPr>
                <w:rFonts w:ascii="Noto Sans TC" w:eastAsia="Noto Sans TC" w:hAnsi="Noto Sans TC" w:cs="Calibri"/>
                <w:lang w:eastAsia="zh-TW"/>
              </w:rPr>
              <w:t>2.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</w:t>
            </w:r>
            <w:r w:rsidRPr="005143FF">
              <w:rPr>
                <w:rFonts w:ascii="Noto Sans TC" w:eastAsia="Noto Sans TC" w:hAnsi="Noto Sans TC" w:cs="Calibri"/>
              </w:rPr>
              <w:t>______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__術科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老</w:t>
            </w:r>
            <w:proofErr w:type="spellStart"/>
            <w:r w:rsidRPr="005143FF">
              <w:rPr>
                <w:rFonts w:ascii="Noto Sans TC" w:eastAsia="Noto Sans TC" w:hAnsi="Noto Sans TC" w:cs="Times New Roman"/>
              </w:rPr>
              <w:t>師簽章</w:t>
            </w:r>
            <w:proofErr w:type="spellEnd"/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vAlign w:val="center"/>
          </w:tcPr>
          <w:p w14:paraId="1497DD93" w14:textId="59AC54BF" w:rsidR="00403830" w:rsidRPr="005143FF" w:rsidRDefault="00403830" w:rsidP="00403830">
            <w:pPr>
              <w:spacing w:before="40" w:after="40"/>
              <w:jc w:val="center"/>
              <w:rPr>
                <w:rFonts w:ascii="Noto Sans TC" w:eastAsia="Noto Sans TC" w:hAnsi="Noto Sans TC" w:cs="Times New Roman"/>
              </w:rPr>
            </w:pPr>
            <w:r w:rsidRPr="005143FF">
              <w:rPr>
                <w:rFonts w:ascii="Noto Sans TC" w:eastAsia="Noto Sans TC" w:hAnsi="Noto Sans TC" w:cs="Calibri"/>
                <w:lang w:eastAsia="zh-TW"/>
              </w:rPr>
              <w:t>3.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</w:t>
            </w:r>
            <w:r w:rsidRPr="005143FF">
              <w:rPr>
                <w:rFonts w:ascii="Noto Sans TC" w:eastAsia="Noto Sans TC" w:hAnsi="Noto Sans TC" w:cs="Calibri"/>
              </w:rPr>
              <w:t>______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__術科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老</w:t>
            </w:r>
            <w:proofErr w:type="spellStart"/>
            <w:r w:rsidRPr="005143FF">
              <w:rPr>
                <w:rFonts w:ascii="Noto Sans TC" w:eastAsia="Noto Sans TC" w:hAnsi="Noto Sans TC" w:cs="Times New Roman"/>
              </w:rPr>
              <w:t>師簽章</w:t>
            </w:r>
            <w:proofErr w:type="spellEnd"/>
          </w:p>
        </w:tc>
      </w:tr>
      <w:tr w:rsidR="00403830" w:rsidRPr="005143FF" w14:paraId="0A18B551" w14:textId="77777777" w:rsidTr="00F16D63">
        <w:trPr>
          <w:jc w:val="center"/>
        </w:trPr>
        <w:tc>
          <w:tcPr>
            <w:tcW w:w="16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BF61660" w14:textId="123FABD1" w:rsidR="00403830" w:rsidRPr="005143FF" w:rsidRDefault="00F16D63" w:rsidP="00403830">
            <w:pPr>
              <w:spacing w:before="80" w:after="80"/>
              <w:rPr>
                <w:rFonts w:ascii="Noto Sans TC" w:eastAsia="Noto Sans TC" w:hAnsi="Noto Sans TC" w:cs="Times New Roman"/>
                <w:sz w:val="21"/>
                <w:lang w:eastAsia="zh-TW"/>
              </w:rPr>
            </w:pPr>
            <w:bookmarkStart w:id="4" w:name="OLE_LINK12"/>
            <w:r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</w:r>
            <w:r w:rsidR="00403830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老師簽名：_____________</w:t>
            </w:r>
            <w:r w:rsidR="003C3BD6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_</w:t>
            </w:r>
            <w:r w:rsidR="00403830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  <w:t>日期：____年____月____日</w:t>
            </w:r>
            <w:bookmarkEnd w:id="4"/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87ECC0" w14:textId="2FAF1DCF" w:rsidR="00403830" w:rsidRPr="005143FF" w:rsidRDefault="00F16D63" w:rsidP="00403830">
            <w:pPr>
              <w:spacing w:before="80" w:after="80"/>
              <w:rPr>
                <w:rFonts w:ascii="Noto Sans TC" w:eastAsia="Noto Sans TC" w:hAnsi="Noto Sans TC"/>
                <w:lang w:eastAsia="zh-TW"/>
              </w:rPr>
            </w:pPr>
            <w:r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老師簽名：_____________</w:t>
            </w:r>
            <w:r w:rsidR="003C3BD6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___</w:t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  <w:t>日期：____年____月____日</w:t>
            </w:r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9C52C4F" w14:textId="6C176078" w:rsidR="00403830" w:rsidRPr="005143FF" w:rsidRDefault="00F16D63" w:rsidP="00403830">
            <w:pPr>
              <w:spacing w:before="80" w:after="80"/>
              <w:rPr>
                <w:rFonts w:ascii="Noto Sans TC" w:eastAsia="Noto Sans TC" w:hAnsi="Noto Sans TC" w:cs="Times New Roman"/>
                <w:sz w:val="21"/>
                <w:lang w:eastAsia="zh-TW"/>
              </w:rPr>
            </w:pPr>
            <w:r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老師簽名：_____________</w:t>
            </w:r>
            <w:r w:rsidR="003C3BD6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___</w:t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  <w:t>日期：____年____月____日</w:t>
            </w:r>
          </w:p>
        </w:tc>
      </w:tr>
      <w:bookmarkEnd w:id="3"/>
    </w:tbl>
    <w:p w14:paraId="085365CE" w14:textId="77777777" w:rsidR="001579E5" w:rsidRDefault="001579E5">
      <w:pPr>
        <w:spacing w:before="120" w:after="80"/>
        <w:rPr>
          <w:rFonts w:ascii="Noto Sans TC" w:eastAsia="Noto Sans TC" w:hAnsi="Noto Sans TC" w:cs="Times New Roman"/>
          <w:color w:val="003366"/>
          <w:sz w:val="26"/>
          <w:lang w:eastAsia="zh-TW"/>
        </w:rPr>
      </w:pPr>
    </w:p>
    <w:p w14:paraId="65A75C9F" w14:textId="77777777" w:rsidR="001579E5" w:rsidRDefault="001579E5">
      <w:pPr>
        <w:rPr>
          <w:rFonts w:ascii="Noto Sans TC" w:eastAsia="Noto Sans TC" w:hAnsi="Noto Sans TC" w:cs="Times New Roman"/>
          <w:color w:val="003366"/>
          <w:sz w:val="26"/>
          <w:lang w:eastAsia="zh-TW"/>
        </w:rPr>
      </w:pPr>
      <w:r>
        <w:rPr>
          <w:rFonts w:ascii="Noto Sans TC" w:eastAsia="Noto Sans TC" w:hAnsi="Noto Sans TC" w:cs="Times New Roman"/>
          <w:color w:val="003366"/>
          <w:sz w:val="26"/>
          <w:lang w:eastAsia="zh-TW"/>
        </w:rPr>
        <w:br w:type="page"/>
      </w:r>
    </w:p>
    <w:p w14:paraId="6402815C" w14:textId="0275360E" w:rsidR="00E45360" w:rsidRPr="005143FF" w:rsidRDefault="00C80733">
      <w:pPr>
        <w:spacing w:before="120" w:after="80"/>
        <w:rPr>
          <w:rFonts w:ascii="Noto Sans TC" w:eastAsia="Noto Sans TC" w:hAnsi="Noto Sans TC" w:cs="Calibri"/>
          <w:lang w:eastAsia="zh-TW"/>
        </w:rPr>
      </w:pPr>
      <w:r w:rsidRPr="005143FF">
        <w:rPr>
          <w:rFonts w:ascii="Noto Sans TC" w:eastAsia="Noto Sans TC" w:hAnsi="Noto Sans TC" w:cs="Times New Roman" w:hint="eastAsia"/>
          <w:color w:val="003366"/>
          <w:sz w:val="26"/>
          <w:lang w:eastAsia="zh-TW"/>
        </w:rPr>
        <w:lastRenderedPageBreak/>
        <w:t>三</w:t>
      </w: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、 修課限制規範與費用說明</w:t>
      </w:r>
      <w:r w:rsidR="005D204E" w:rsidRPr="005143FF">
        <w:rPr>
          <w:rFonts w:ascii="Noto Sans TC" w:eastAsia="Noto Sans TC" w:hAnsi="Noto Sans TC" w:cs="Calibri" w:hint="eastAsia"/>
          <w:color w:val="003366"/>
          <w:sz w:val="26"/>
          <w:lang w:eastAsia="zh-TW"/>
        </w:rPr>
        <w:t>（*本頁不須印出）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770"/>
      </w:tblGrid>
      <w:tr w:rsidR="00E45360" w:rsidRPr="005143FF" w14:paraId="1900E96B" w14:textId="77777777" w:rsidTr="00F16D63">
        <w:trPr>
          <w:jc w:val="center"/>
        </w:trPr>
        <w:tc>
          <w:tcPr>
            <w:tcW w:w="5000" w:type="pct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9FBF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6BACA02" w14:textId="77777777" w:rsidR="00C80733" w:rsidRPr="005143FF" w:rsidRDefault="00000000">
            <w:pPr>
              <w:spacing w:before="40" w:after="80"/>
              <w:rPr>
                <w:rFonts w:ascii="Noto Sans TC" w:eastAsia="Noto Sans TC" w:hAnsi="Noto Sans TC" w:cs="Times New Roman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B40000"/>
                <w:lang w:eastAsia="zh-TW"/>
              </w:rPr>
              <w:t>【選課限制】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</w:t>
            </w:r>
          </w:p>
          <w:p w14:paraId="4F298F2C" w14:textId="1A08148F" w:rsidR="00E45360" w:rsidRPr="005143FF" w:rsidRDefault="00000000" w:rsidP="00C80733">
            <w:pPr>
              <w:spacing w:before="40" w:after="80"/>
              <w:ind w:firstLineChars="200" w:firstLine="44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lang w:eastAsia="zh-TW"/>
              </w:rPr>
              <w:t>每位學生主修最多只能選擇 1 項</w:t>
            </w:r>
            <w:r w:rsidR="00C80733" w:rsidRPr="005143FF">
              <w:rPr>
                <w:rFonts w:ascii="Noto Sans TC" w:eastAsia="Noto Sans TC" w:hAnsi="Noto Sans TC" w:cs="Times New Roman" w:hint="eastAsia"/>
                <w:lang w:eastAsia="zh-TW"/>
              </w:rPr>
              <w:t>；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選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>修</w:t>
            </w:r>
            <w:r w:rsidR="00C80733" w:rsidRPr="005143FF">
              <w:rPr>
                <w:rFonts w:ascii="Noto Sans TC" w:eastAsia="Noto Sans TC" w:hAnsi="Noto Sans TC" w:cs="Times New Roman" w:hint="eastAsia"/>
                <w:lang w:eastAsia="zh-TW"/>
              </w:rPr>
              <w:t>（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>含選修及選修旁聽</w:t>
            </w:r>
            <w:r w:rsidR="00C80733" w:rsidRPr="005143FF">
              <w:rPr>
                <w:rFonts w:ascii="Noto Sans TC" w:eastAsia="Noto Sans TC" w:hAnsi="Noto Sans TC" w:cs="Times New Roman" w:hint="eastAsia"/>
                <w:lang w:eastAsia="zh-TW"/>
              </w:rPr>
              <w:t>）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>最多合計可選擇 2 項。</w:t>
            </w:r>
          </w:p>
          <w:p w14:paraId="08666248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003366"/>
                <w:lang w:eastAsia="zh-TW"/>
              </w:rPr>
              <w:t>【學分與費用標準】</w:t>
            </w:r>
          </w:p>
          <w:p w14:paraId="5AD508B8" w14:textId="77777777" w:rsidR="00E45360" w:rsidRPr="005143FF" w:rsidRDefault="00000000">
            <w:pPr>
              <w:spacing w:before="20" w:after="40"/>
              <w:ind w:left="288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1. 主修：</w:t>
            </w:r>
            <w:r w:rsidRPr="005143FF">
              <w:rPr>
                <w:rFonts w:ascii="Noto Sans TC" w:eastAsia="Noto Sans TC" w:hAnsi="Noto Sans TC" w:cs="Times New Roman"/>
                <w:color w:val="0066CC"/>
                <w:sz w:val="21"/>
                <w:lang w:eastAsia="zh-TW"/>
              </w:rPr>
              <w:t>1 學分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，每學分需繳交術科個別課費用 </w:t>
            </w:r>
            <w:r w:rsidRPr="005143FF">
              <w:rPr>
                <w:rFonts w:ascii="Noto Sans TC" w:eastAsia="Noto Sans TC" w:hAnsi="Noto Sans TC" w:cs="Times New Roman"/>
                <w:color w:val="B40000"/>
                <w:sz w:val="21"/>
                <w:lang w:eastAsia="zh-TW"/>
              </w:rPr>
              <w:t>16,000 元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。</w:t>
            </w:r>
          </w:p>
          <w:p w14:paraId="39BC6D43" w14:textId="77777777" w:rsidR="00E45360" w:rsidRPr="005143FF" w:rsidRDefault="00000000">
            <w:pPr>
              <w:spacing w:before="20" w:after="40"/>
              <w:ind w:left="288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2. 選修：</w:t>
            </w:r>
            <w:r w:rsidRPr="005143FF">
              <w:rPr>
                <w:rFonts w:ascii="Noto Sans TC" w:eastAsia="Noto Sans TC" w:hAnsi="Noto Sans TC" w:cs="Times New Roman"/>
                <w:color w:val="0066CC"/>
                <w:sz w:val="21"/>
                <w:lang w:eastAsia="zh-TW"/>
              </w:rPr>
              <w:t>0.5 學分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，每項需繳交術科個別課費用 </w:t>
            </w:r>
            <w:r w:rsidRPr="005143FF">
              <w:rPr>
                <w:rFonts w:ascii="Noto Sans TC" w:eastAsia="Noto Sans TC" w:hAnsi="Noto Sans TC" w:cs="Times New Roman"/>
                <w:color w:val="B40000"/>
                <w:sz w:val="21"/>
                <w:lang w:eastAsia="zh-TW"/>
              </w:rPr>
              <w:t>8,000 元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。</w:t>
            </w:r>
          </w:p>
          <w:p w14:paraId="0CB864D5" w14:textId="4D63B82E" w:rsidR="00E45360" w:rsidRPr="005143FF" w:rsidRDefault="00000000" w:rsidP="00C80733">
            <w:pPr>
              <w:spacing w:before="20" w:after="40"/>
              <w:ind w:left="288"/>
              <w:rPr>
                <w:rFonts w:ascii="Noto Sans TC" w:eastAsia="Noto Sans TC" w:hAnsi="Noto Sans TC" w:cs="Times New Roman"/>
                <w:sz w:val="21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3. 選修（旁聽）：</w:t>
            </w:r>
            <w:r w:rsidRPr="005143FF">
              <w:rPr>
                <w:rFonts w:ascii="Noto Sans TC" w:eastAsia="Noto Sans TC" w:hAnsi="Noto Sans TC" w:cs="Times New Roman"/>
                <w:color w:val="0066CC"/>
                <w:sz w:val="21"/>
                <w:lang w:eastAsia="zh-TW"/>
              </w:rPr>
              <w:t>0 學分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，每項需繳交術科個別課費用 </w:t>
            </w:r>
            <w:r w:rsidRPr="005143FF">
              <w:rPr>
                <w:rFonts w:ascii="Noto Sans TC" w:eastAsia="Noto Sans TC" w:hAnsi="Noto Sans TC" w:cs="Times New Roman"/>
                <w:color w:val="B40000"/>
                <w:sz w:val="21"/>
                <w:lang w:eastAsia="zh-TW"/>
              </w:rPr>
              <w:t>8,000 元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。（</w:t>
            </w:r>
            <w:r w:rsidRPr="005143FF">
              <w:rPr>
                <w:rFonts w:ascii="Noto Sans TC" w:eastAsia="Noto Sans TC" w:hAnsi="Noto Sans TC" w:cs="微軟正黑體" w:hint="eastAsia"/>
                <w:sz w:val="21"/>
                <w:lang w:eastAsia="zh-TW"/>
              </w:rPr>
              <w:t>※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</w:t>
            </w:r>
            <w:r w:rsidR="00C80733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可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免參與午間音樂會，亦免參與期末考試）</w:t>
            </w:r>
          </w:p>
        </w:tc>
      </w:tr>
    </w:tbl>
    <w:p w14:paraId="18FE0D6B" w14:textId="77777777" w:rsidR="00F16D63" w:rsidRDefault="00F16D63">
      <w:pPr>
        <w:spacing w:before="80" w:after="80"/>
        <w:rPr>
          <w:rFonts w:ascii="Noto Sans TC" w:eastAsia="Noto Sans TC" w:hAnsi="Noto Sans TC" w:cs="Times New Roman"/>
          <w:lang w:eastAsia="zh-TW"/>
        </w:rPr>
      </w:pPr>
    </w:p>
    <w:p w14:paraId="5C9BCB99" w14:textId="72434013" w:rsidR="00E45360" w:rsidRPr="005143FF" w:rsidRDefault="00000000">
      <w:pPr>
        <w:spacing w:before="80" w:after="80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/>
          <w:lang w:eastAsia="zh-TW"/>
        </w:rPr>
        <w:t>【學生自我費用試算欄】（請依勾選項目自行計算填寫）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89"/>
        <w:gridCol w:w="2158"/>
        <w:gridCol w:w="2490"/>
        <w:gridCol w:w="3153"/>
      </w:tblGrid>
      <w:tr w:rsidR="00E45360" w:rsidRPr="005143FF" w14:paraId="40BE920F" w14:textId="77777777" w:rsidTr="00F16D63">
        <w:trPr>
          <w:cantSplit/>
          <w:tblHeader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E9854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修課類別</w:t>
            </w:r>
            <w:proofErr w:type="spellEnd"/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6AFFF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勾選項目數量</w:t>
            </w:r>
            <w:proofErr w:type="spellEnd"/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1AAF8A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小計學分數</w:t>
            </w:r>
            <w:proofErr w:type="spellEnd"/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D1C2B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1"/>
              </w:rPr>
              <w:t>小計費用</w:t>
            </w:r>
            <w:proofErr w:type="spellEnd"/>
            <w:r w:rsidRPr="005143FF">
              <w:rPr>
                <w:rFonts w:ascii="Noto Sans TC" w:eastAsia="Noto Sans TC" w:hAnsi="Noto Sans TC" w:cs="Times New Roman"/>
                <w:sz w:val="21"/>
              </w:rPr>
              <w:t xml:space="preserve"> (NT$)</w:t>
            </w:r>
          </w:p>
        </w:tc>
      </w:tr>
      <w:tr w:rsidR="00E45360" w:rsidRPr="005143FF" w14:paraId="48AFABC5" w14:textId="77777777" w:rsidTr="00F16D63">
        <w:trPr>
          <w:cantSplit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F62DC7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0"/>
              </w:rPr>
              <w:t>主修</w:t>
            </w:r>
            <w:proofErr w:type="spellEnd"/>
            <w:r w:rsidRPr="005143FF">
              <w:rPr>
                <w:rFonts w:ascii="Noto Sans TC" w:eastAsia="Noto Sans TC" w:hAnsi="Noto Sans TC" w:cs="Times New Roman"/>
                <w:sz w:val="20"/>
              </w:rPr>
              <w:t xml:space="preserve"> (最多1項)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70D73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項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DBCCAB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 xml:space="preserve">_______ </w:t>
            </w:r>
            <w:proofErr w:type="spellStart"/>
            <w:r w:rsidRPr="005143FF">
              <w:rPr>
                <w:rFonts w:ascii="Noto Sans TC" w:eastAsia="Noto Sans TC" w:hAnsi="Noto Sans TC" w:cs="Times New Roman"/>
                <w:sz w:val="20"/>
              </w:rPr>
              <w:t>學分</w:t>
            </w:r>
            <w:proofErr w:type="spellEnd"/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479870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$ ____________ 元</w:t>
            </w:r>
          </w:p>
        </w:tc>
      </w:tr>
      <w:tr w:rsidR="00E45360" w:rsidRPr="005143FF" w14:paraId="2223525E" w14:textId="77777777" w:rsidTr="00F16D63">
        <w:trPr>
          <w:cantSplit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D8F6B" w14:textId="491EA1F9" w:rsidR="00E45360" w:rsidRPr="005143FF" w:rsidRDefault="00000000" w:rsidP="00F16D63">
            <w:pPr>
              <w:spacing w:before="20" w:after="2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  <w:lang w:eastAsia="zh-TW"/>
              </w:rPr>
              <w:t>選修 (含選修/旁聽最多2項)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53B019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項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779B7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 xml:space="preserve">_______ </w:t>
            </w:r>
            <w:proofErr w:type="spellStart"/>
            <w:r w:rsidRPr="005143FF">
              <w:rPr>
                <w:rFonts w:ascii="Noto Sans TC" w:eastAsia="Noto Sans TC" w:hAnsi="Noto Sans TC" w:cs="Times New Roman"/>
                <w:sz w:val="20"/>
              </w:rPr>
              <w:t>學分</w:t>
            </w:r>
            <w:proofErr w:type="spellEnd"/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2511A9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$ ____________ 元</w:t>
            </w:r>
          </w:p>
        </w:tc>
      </w:tr>
      <w:tr w:rsidR="00E45360" w:rsidRPr="005143FF" w14:paraId="4D3128EA" w14:textId="77777777" w:rsidTr="00F16D63">
        <w:trPr>
          <w:cantSplit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BAF0C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proofErr w:type="spellStart"/>
            <w:r w:rsidRPr="005143FF">
              <w:rPr>
                <w:rFonts w:ascii="Noto Sans TC" w:eastAsia="Noto Sans TC" w:hAnsi="Noto Sans TC" w:cs="Times New Roman"/>
                <w:sz w:val="20"/>
              </w:rPr>
              <w:t>合計</w:t>
            </w:r>
            <w:proofErr w:type="spellEnd"/>
            <w:r w:rsidRPr="005143FF">
              <w:rPr>
                <w:rFonts w:ascii="Noto Sans TC" w:eastAsia="Noto Sans TC" w:hAnsi="Noto Sans TC" w:cs="Times New Roman"/>
                <w:sz w:val="20"/>
              </w:rPr>
              <w:t xml:space="preserve"> (Total)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174378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項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3F97B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 xml:space="preserve">_______ </w:t>
            </w:r>
            <w:proofErr w:type="spellStart"/>
            <w:r w:rsidRPr="005143FF">
              <w:rPr>
                <w:rFonts w:ascii="Noto Sans TC" w:eastAsia="Noto Sans TC" w:hAnsi="Noto Sans TC" w:cs="Times New Roman"/>
                <w:sz w:val="20"/>
              </w:rPr>
              <w:t>學分</w:t>
            </w:r>
            <w:proofErr w:type="spellEnd"/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06C7F1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$ ____________ 元</w:t>
            </w:r>
          </w:p>
        </w:tc>
      </w:tr>
    </w:tbl>
    <w:p w14:paraId="1B3C4582" w14:textId="77777777" w:rsidR="00F16D63" w:rsidRDefault="00F16D63">
      <w:pPr>
        <w:spacing w:before="120" w:after="80"/>
        <w:rPr>
          <w:rFonts w:ascii="Noto Sans TC" w:eastAsia="Noto Sans TC" w:hAnsi="Noto Sans TC" w:cs="Times New Roman"/>
          <w:color w:val="003366"/>
          <w:sz w:val="26"/>
          <w:lang w:eastAsia="zh-TW"/>
        </w:rPr>
      </w:pPr>
    </w:p>
    <w:p w14:paraId="569CDE90" w14:textId="046B161F" w:rsidR="00E45360" w:rsidRPr="005143FF" w:rsidRDefault="00C80733">
      <w:pPr>
        <w:spacing w:before="120" w:after="80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 w:hint="eastAsia"/>
          <w:color w:val="003366"/>
          <w:sz w:val="26"/>
          <w:lang w:eastAsia="zh-TW"/>
        </w:rPr>
        <w:t>四</w:t>
      </w: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、 學生修課重要提醒事項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780"/>
      </w:tblGrid>
      <w:tr w:rsidR="00E45360" w:rsidRPr="005143FF" w14:paraId="7544DFB2" w14:textId="77777777" w:rsidTr="00F16D63">
        <w:trPr>
          <w:jc w:val="center"/>
        </w:trPr>
        <w:tc>
          <w:tcPr>
            <w:tcW w:w="5000" w:type="pct"/>
            <w:tcBorders>
              <w:top w:val="single" w:sz="8" w:space="0" w:color="D68910"/>
              <w:left w:val="single" w:sz="8" w:space="0" w:color="D68910"/>
              <w:bottom w:val="single" w:sz="8" w:space="0" w:color="D68910"/>
              <w:right w:val="single" w:sz="8" w:space="0" w:color="D68910"/>
            </w:tcBorders>
            <w:shd w:val="clear" w:color="auto" w:fill="FFFDF5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1322B0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964B00"/>
                <w:sz w:val="21"/>
                <w:lang w:eastAsia="zh-TW"/>
              </w:rPr>
              <w:t>1. 學期初紀錄表下載與紀錄：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每學期初，請務必至 [教學單位] - [基督教研究所] - [文學碩士班教會音樂組] - [表單下載] 下載「術科上課紀錄表」，每週詳細填寫上課進度，並請每週於上課時交由個別課老師簽名。</w:t>
            </w:r>
          </w:p>
          <w:p w14:paraId="082694C1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964B00"/>
                <w:sz w:val="21"/>
                <w:lang w:eastAsia="zh-TW"/>
              </w:rPr>
              <w:t>2. 音樂會聆聽紀錄與門票/節目單繳交：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「術科上課紀錄表」最下方附有聆聽音樂會紀錄表，請務必聽滿規定場數（須聽完規定場數始具備期末術科考試資格）。請於表格內填寫音樂會日期，並將票根或節目單照片之電子檔傳送至音碩</w:t>
            </w:r>
            <w:r w:rsidRPr="005143FF">
              <w:rPr>
                <w:rFonts w:ascii="微軟正黑體" w:eastAsia="微軟正黑體" w:hAnsi="微軟正黑體" w:cs="微軟正黑體" w:hint="eastAsia"/>
                <w:sz w:val="21"/>
                <w:lang w:eastAsia="zh-TW"/>
              </w:rPr>
              <w:t>组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助理信箱。</w:t>
            </w:r>
          </w:p>
          <w:p w14:paraId="4B256949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964B00"/>
                <w:sz w:val="21"/>
                <w:lang w:eastAsia="zh-TW"/>
              </w:rPr>
              <w:t>3. 期末術科考試曲目表繳交：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學期末術科考試前兩週，請同學至下載專區下載「術科考試曲目表」，於電腦中填寫完整並列印出紙本，交給個別課老師簽名確認後，繳交至音樂組辦公室始得參加考試。</w:t>
            </w:r>
          </w:p>
        </w:tc>
      </w:tr>
    </w:tbl>
    <w:p w14:paraId="4FCE3D59" w14:textId="77777777" w:rsidR="006520FB" w:rsidRPr="005143FF" w:rsidRDefault="006520FB">
      <w:pPr>
        <w:rPr>
          <w:rFonts w:ascii="Noto Sans TC" w:eastAsia="Noto Sans TC" w:hAnsi="Noto Sans TC"/>
          <w:lang w:eastAsia="zh-TW"/>
        </w:rPr>
      </w:pPr>
    </w:p>
    <w:sectPr w:rsidR="006520FB" w:rsidRPr="005143FF" w:rsidSect="00F16D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Noto Sans TC">
    <w:altName w:val="Yu Gothic"/>
    <w:panose1 w:val="020B0604020202020204"/>
    <w:charset w:val="80"/>
    <w:family w:val="swiss"/>
    <w:pitch w:val="variable"/>
    <w:sig w:usb0="20002A87" w:usb1="2ADF3C10" w:usb2="00000016" w:usb3="00000000" w:csb0="001201FF" w:csb1="00000000"/>
  </w:font>
  <w:font w:name="Noto Sans TC SemiBold">
    <w:altName w:val="Yu Gothic"/>
    <w:panose1 w:val="020B0604020202020204"/>
    <w:charset w:val="80"/>
    <w:family w:val="swiss"/>
    <w:pitch w:val="variable"/>
    <w:sig w:usb0="20000083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7443811">
    <w:abstractNumId w:val="8"/>
  </w:num>
  <w:num w:numId="2" w16cid:durableId="1722170512">
    <w:abstractNumId w:val="6"/>
  </w:num>
  <w:num w:numId="3" w16cid:durableId="611862690">
    <w:abstractNumId w:val="5"/>
  </w:num>
  <w:num w:numId="4" w16cid:durableId="918054432">
    <w:abstractNumId w:val="4"/>
  </w:num>
  <w:num w:numId="5" w16cid:durableId="654528585">
    <w:abstractNumId w:val="7"/>
  </w:num>
  <w:num w:numId="6" w16cid:durableId="1855684572">
    <w:abstractNumId w:val="3"/>
  </w:num>
  <w:num w:numId="7" w16cid:durableId="1204487253">
    <w:abstractNumId w:val="2"/>
  </w:num>
  <w:num w:numId="8" w16cid:durableId="1002010600">
    <w:abstractNumId w:val="1"/>
  </w:num>
  <w:num w:numId="9" w16cid:durableId="11009525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9E5"/>
    <w:rsid w:val="0029639D"/>
    <w:rsid w:val="00326F90"/>
    <w:rsid w:val="003C3BD6"/>
    <w:rsid w:val="00403830"/>
    <w:rsid w:val="00473034"/>
    <w:rsid w:val="005143FF"/>
    <w:rsid w:val="0058462C"/>
    <w:rsid w:val="005D204E"/>
    <w:rsid w:val="006520FB"/>
    <w:rsid w:val="00922263"/>
    <w:rsid w:val="00A3364A"/>
    <w:rsid w:val="00A57A64"/>
    <w:rsid w:val="00A71DD0"/>
    <w:rsid w:val="00AA1D8D"/>
    <w:rsid w:val="00B47730"/>
    <w:rsid w:val="00B57DAA"/>
    <w:rsid w:val="00C80733"/>
    <w:rsid w:val="00C87F12"/>
    <w:rsid w:val="00CB0664"/>
    <w:rsid w:val="00E45360"/>
    <w:rsid w:val="00ED3E38"/>
    <w:rsid w:val="00F16D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18FF99"/>
  <w14:defaultImageDpi w14:val="300"/>
  <w15:docId w15:val="{4D1E5C26-6925-D54B-A3A4-694DD206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589</Words>
  <Characters>760</Characters>
  <Application>Microsoft Office Word</Application>
  <DocSecurity>0</DocSecurity>
  <Lines>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huang</cp:lastModifiedBy>
  <cp:revision>15</cp:revision>
  <dcterms:created xsi:type="dcterms:W3CDTF">2013-12-23T23:15:00Z</dcterms:created>
  <dcterms:modified xsi:type="dcterms:W3CDTF">2026-09-02T02:13:00Z</dcterms:modified>
  <cp:category/>
</cp:coreProperties>
</file>